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D71C" w14:textId="77777777" w:rsidR="00101863" w:rsidRDefault="00BD075A">
      <w:pPr>
        <w:pStyle w:val="Title"/>
        <w:jc w:val="center"/>
      </w:pPr>
      <w:r>
        <w:t>LN1-LN5 Hand-Solved Problem Bank</w:t>
      </w:r>
    </w:p>
    <w:p w14:paraId="0F681781" w14:textId="77777777" w:rsidR="00101863" w:rsidRDefault="00BD075A">
      <w:pPr>
        <w:jc w:val="center"/>
      </w:pPr>
      <w:r>
        <w:rPr>
          <w:b/>
          <w:sz w:val="25"/>
        </w:rPr>
        <w:t>43 problems with editable Word equations and worked instructor solutions</w:t>
      </w:r>
    </w:p>
    <w:p w14:paraId="275A6A89" w14:textId="77777777" w:rsidR="00101863" w:rsidRDefault="00BD075A">
      <w:r>
        <w:t>Designed for in-class quizzes, midterms, and final examinations in CSBP441 Applied Computer Vision. Matrices and mathematical expressions use native editable Word equation objects.</w:t>
      </w:r>
    </w:p>
    <w:tbl>
      <w:tblPr>
        <w:tblW w:w="0" w:type="auto"/>
        <w:tblLook w:val="04A0" w:firstRow="1" w:lastRow="0" w:firstColumn="1" w:lastColumn="0" w:noHBand="0" w:noVBand="1"/>
      </w:tblPr>
      <w:tblGrid>
        <w:gridCol w:w="2556"/>
        <w:gridCol w:w="2556"/>
        <w:gridCol w:w="2556"/>
        <w:gridCol w:w="2556"/>
      </w:tblGrid>
      <w:tr w:rsidR="00101863" w14:paraId="6F78E790" w14:textId="77777777">
        <w:tc>
          <w:tcPr>
            <w:tcW w:w="2556" w:type="dxa"/>
            <w:tcBorders>
              <w:top w:val="single" w:sz="6" w:space="0" w:color="B8C2CC"/>
              <w:left w:val="single" w:sz="6" w:space="0" w:color="B8C2CC"/>
              <w:bottom w:val="single" w:sz="6" w:space="0" w:color="B8C2CC"/>
              <w:right w:val="single" w:sz="6" w:space="0" w:color="B8C2CC"/>
            </w:tcBorders>
            <w:shd w:val="clear" w:color="auto" w:fill="DDEBF7"/>
            <w:vAlign w:val="center"/>
          </w:tcPr>
          <w:p w14:paraId="52B5C5DC" w14:textId="77777777" w:rsidR="00101863" w:rsidRDefault="00BD075A">
            <w:r>
              <w:rPr>
                <w:b/>
              </w:rPr>
              <w:t>Student name</w:t>
            </w:r>
          </w:p>
        </w:tc>
        <w:tc>
          <w:tcPr>
            <w:tcW w:w="2556" w:type="dxa"/>
            <w:tcBorders>
              <w:top w:val="single" w:sz="6" w:space="0" w:color="B8C2CC"/>
              <w:left w:val="single" w:sz="6" w:space="0" w:color="B8C2CC"/>
              <w:bottom w:val="single" w:sz="6" w:space="0" w:color="B8C2CC"/>
              <w:right w:val="single" w:sz="6" w:space="0" w:color="B8C2CC"/>
            </w:tcBorders>
            <w:vAlign w:val="center"/>
          </w:tcPr>
          <w:p w14:paraId="22747CB0" w14:textId="77777777" w:rsidR="00101863" w:rsidRDefault="00101863"/>
        </w:tc>
        <w:tc>
          <w:tcPr>
            <w:tcW w:w="2556" w:type="dxa"/>
            <w:tcBorders>
              <w:top w:val="single" w:sz="6" w:space="0" w:color="B8C2CC"/>
              <w:left w:val="single" w:sz="6" w:space="0" w:color="B8C2CC"/>
              <w:bottom w:val="single" w:sz="6" w:space="0" w:color="B8C2CC"/>
              <w:right w:val="single" w:sz="6" w:space="0" w:color="B8C2CC"/>
            </w:tcBorders>
            <w:shd w:val="clear" w:color="auto" w:fill="DDEBF7"/>
            <w:vAlign w:val="center"/>
          </w:tcPr>
          <w:p w14:paraId="69E037C3" w14:textId="77777777" w:rsidR="00101863" w:rsidRDefault="00BD075A">
            <w:r>
              <w:rPr>
                <w:b/>
              </w:rPr>
              <w:t>Student ID</w:t>
            </w:r>
          </w:p>
        </w:tc>
        <w:tc>
          <w:tcPr>
            <w:tcW w:w="2556" w:type="dxa"/>
            <w:tcBorders>
              <w:top w:val="single" w:sz="6" w:space="0" w:color="B8C2CC"/>
              <w:left w:val="single" w:sz="6" w:space="0" w:color="B8C2CC"/>
              <w:bottom w:val="single" w:sz="6" w:space="0" w:color="B8C2CC"/>
              <w:right w:val="single" w:sz="6" w:space="0" w:color="B8C2CC"/>
            </w:tcBorders>
            <w:vAlign w:val="center"/>
          </w:tcPr>
          <w:p w14:paraId="59C82D26" w14:textId="77777777" w:rsidR="00101863" w:rsidRDefault="00101863"/>
        </w:tc>
      </w:tr>
      <w:tr w:rsidR="00101863" w14:paraId="30374F50" w14:textId="77777777">
        <w:tc>
          <w:tcPr>
            <w:tcW w:w="2556" w:type="dxa"/>
            <w:tcBorders>
              <w:top w:val="single" w:sz="6" w:space="0" w:color="B8C2CC"/>
              <w:left w:val="single" w:sz="6" w:space="0" w:color="B8C2CC"/>
              <w:bottom w:val="single" w:sz="6" w:space="0" w:color="B8C2CC"/>
              <w:right w:val="single" w:sz="6" w:space="0" w:color="B8C2CC"/>
            </w:tcBorders>
            <w:shd w:val="clear" w:color="auto" w:fill="DDEBF7"/>
            <w:vAlign w:val="center"/>
          </w:tcPr>
          <w:p w14:paraId="0C587A93" w14:textId="77777777" w:rsidR="00101863" w:rsidRDefault="00BD075A">
            <w:r>
              <w:rPr>
                <w:b/>
              </w:rPr>
              <w:t>Assessment</w:t>
            </w:r>
          </w:p>
        </w:tc>
        <w:tc>
          <w:tcPr>
            <w:tcW w:w="2556" w:type="dxa"/>
            <w:tcBorders>
              <w:top w:val="single" w:sz="6" w:space="0" w:color="B8C2CC"/>
              <w:left w:val="single" w:sz="6" w:space="0" w:color="B8C2CC"/>
              <w:bottom w:val="single" w:sz="6" w:space="0" w:color="B8C2CC"/>
              <w:right w:val="single" w:sz="6" w:space="0" w:color="B8C2CC"/>
            </w:tcBorders>
            <w:vAlign w:val="center"/>
          </w:tcPr>
          <w:p w14:paraId="3963053C" w14:textId="77777777" w:rsidR="00101863" w:rsidRDefault="00101863"/>
        </w:tc>
        <w:tc>
          <w:tcPr>
            <w:tcW w:w="2556" w:type="dxa"/>
            <w:tcBorders>
              <w:top w:val="single" w:sz="6" w:space="0" w:color="B8C2CC"/>
              <w:left w:val="single" w:sz="6" w:space="0" w:color="B8C2CC"/>
              <w:bottom w:val="single" w:sz="6" w:space="0" w:color="B8C2CC"/>
              <w:right w:val="single" w:sz="6" w:space="0" w:color="B8C2CC"/>
            </w:tcBorders>
            <w:shd w:val="clear" w:color="auto" w:fill="DDEBF7"/>
            <w:vAlign w:val="center"/>
          </w:tcPr>
          <w:p w14:paraId="26CCB29A" w14:textId="77777777" w:rsidR="00101863" w:rsidRDefault="00BD075A">
            <w:r>
              <w:rPr>
                <w:b/>
              </w:rPr>
              <w:t>Date</w:t>
            </w:r>
          </w:p>
        </w:tc>
        <w:tc>
          <w:tcPr>
            <w:tcW w:w="2556" w:type="dxa"/>
            <w:tcBorders>
              <w:top w:val="single" w:sz="6" w:space="0" w:color="B8C2CC"/>
              <w:left w:val="single" w:sz="6" w:space="0" w:color="B8C2CC"/>
              <w:bottom w:val="single" w:sz="6" w:space="0" w:color="B8C2CC"/>
              <w:right w:val="single" w:sz="6" w:space="0" w:color="B8C2CC"/>
            </w:tcBorders>
            <w:vAlign w:val="center"/>
          </w:tcPr>
          <w:p w14:paraId="15EC95B0" w14:textId="77777777" w:rsidR="00101863" w:rsidRDefault="00101863"/>
        </w:tc>
      </w:tr>
    </w:tbl>
    <w:p w14:paraId="54EA89C0" w14:textId="77777777" w:rsidR="00101863" w:rsidRDefault="00BD075A">
      <w:pPr>
        <w:pStyle w:val="Heading1"/>
      </w:pPr>
      <w:r>
        <w:t>Coverage and Use</w:t>
      </w:r>
    </w:p>
    <w:tbl>
      <w:tblPr>
        <w:tblW w:w="0" w:type="auto"/>
        <w:tblLook w:val="04A0" w:firstRow="1" w:lastRow="0" w:firstColumn="1" w:lastColumn="0" w:noHBand="0" w:noVBand="1"/>
      </w:tblPr>
      <w:tblGrid>
        <w:gridCol w:w="2556"/>
        <w:gridCol w:w="2556"/>
        <w:gridCol w:w="2556"/>
        <w:gridCol w:w="2556"/>
      </w:tblGrid>
      <w:tr w:rsidR="00101863" w14:paraId="08F8BE0D" w14:textId="77777777">
        <w:tc>
          <w:tcPr>
            <w:tcW w:w="2556" w:type="dxa"/>
            <w:tcBorders>
              <w:top w:val="single" w:sz="6" w:space="0" w:color="B8C2CC"/>
              <w:left w:val="single" w:sz="6" w:space="0" w:color="B8C2CC"/>
              <w:bottom w:val="single" w:sz="6" w:space="0" w:color="B8C2CC"/>
              <w:right w:val="single" w:sz="6" w:space="0" w:color="B8C2CC"/>
            </w:tcBorders>
            <w:shd w:val="clear" w:color="auto" w:fill="1F4E78"/>
            <w:vAlign w:val="center"/>
          </w:tcPr>
          <w:p w14:paraId="44B374D9" w14:textId="77777777" w:rsidR="00101863" w:rsidRDefault="00BD075A">
            <w:r>
              <w:rPr>
                <w:b/>
                <w:color w:val="FFFFFF"/>
              </w:rPr>
              <w:t>Section</w:t>
            </w:r>
          </w:p>
        </w:tc>
        <w:tc>
          <w:tcPr>
            <w:tcW w:w="2556" w:type="dxa"/>
            <w:tcBorders>
              <w:top w:val="single" w:sz="6" w:space="0" w:color="B8C2CC"/>
              <w:left w:val="single" w:sz="6" w:space="0" w:color="B8C2CC"/>
              <w:bottom w:val="single" w:sz="6" w:space="0" w:color="B8C2CC"/>
              <w:right w:val="single" w:sz="6" w:space="0" w:color="B8C2CC"/>
            </w:tcBorders>
            <w:shd w:val="clear" w:color="auto" w:fill="1F4E78"/>
            <w:vAlign w:val="center"/>
          </w:tcPr>
          <w:p w14:paraId="33968A77" w14:textId="77777777" w:rsidR="00101863" w:rsidRDefault="00BD075A">
            <w:r>
              <w:rPr>
                <w:b/>
                <w:color w:val="FFFFFF"/>
              </w:rPr>
              <w:t>Lecture coverage</w:t>
            </w:r>
          </w:p>
        </w:tc>
        <w:tc>
          <w:tcPr>
            <w:tcW w:w="2556" w:type="dxa"/>
            <w:tcBorders>
              <w:top w:val="single" w:sz="6" w:space="0" w:color="B8C2CC"/>
              <w:left w:val="single" w:sz="6" w:space="0" w:color="B8C2CC"/>
              <w:bottom w:val="single" w:sz="6" w:space="0" w:color="B8C2CC"/>
              <w:right w:val="single" w:sz="6" w:space="0" w:color="B8C2CC"/>
            </w:tcBorders>
            <w:shd w:val="clear" w:color="auto" w:fill="1F4E78"/>
            <w:vAlign w:val="center"/>
          </w:tcPr>
          <w:p w14:paraId="314AC4B5" w14:textId="77777777" w:rsidR="00101863" w:rsidRDefault="00BD075A">
            <w:r>
              <w:rPr>
                <w:b/>
                <w:color w:val="FFFFFF"/>
              </w:rPr>
              <w:t>Problems</w:t>
            </w:r>
          </w:p>
        </w:tc>
        <w:tc>
          <w:tcPr>
            <w:tcW w:w="2556" w:type="dxa"/>
            <w:tcBorders>
              <w:top w:val="single" w:sz="6" w:space="0" w:color="B8C2CC"/>
              <w:left w:val="single" w:sz="6" w:space="0" w:color="B8C2CC"/>
              <w:bottom w:val="single" w:sz="6" w:space="0" w:color="B8C2CC"/>
              <w:right w:val="single" w:sz="6" w:space="0" w:color="B8C2CC"/>
            </w:tcBorders>
            <w:shd w:val="clear" w:color="auto" w:fill="1F4E78"/>
            <w:vAlign w:val="center"/>
          </w:tcPr>
          <w:p w14:paraId="1C69268D" w14:textId="77777777" w:rsidR="00101863" w:rsidRDefault="00BD075A">
            <w:r>
              <w:rPr>
                <w:b/>
                <w:color w:val="FFFFFF"/>
              </w:rPr>
              <w:t>Suggested use</w:t>
            </w:r>
          </w:p>
        </w:tc>
      </w:tr>
      <w:tr w:rsidR="00101863" w14:paraId="057D6D93" w14:textId="77777777">
        <w:tc>
          <w:tcPr>
            <w:tcW w:w="2556" w:type="dxa"/>
            <w:tcBorders>
              <w:top w:val="single" w:sz="6" w:space="0" w:color="B8C2CC"/>
              <w:left w:val="single" w:sz="6" w:space="0" w:color="B8C2CC"/>
              <w:bottom w:val="single" w:sz="6" w:space="0" w:color="B8C2CC"/>
              <w:right w:val="single" w:sz="6" w:space="0" w:color="B8C2CC"/>
            </w:tcBorders>
            <w:vAlign w:val="center"/>
          </w:tcPr>
          <w:p w14:paraId="499FAF7F" w14:textId="77777777" w:rsidR="00101863" w:rsidRDefault="00BD075A">
            <w:r>
              <w:t>A</w:t>
            </w:r>
          </w:p>
        </w:tc>
        <w:tc>
          <w:tcPr>
            <w:tcW w:w="2556" w:type="dxa"/>
            <w:tcBorders>
              <w:top w:val="single" w:sz="6" w:space="0" w:color="B8C2CC"/>
              <w:left w:val="single" w:sz="6" w:space="0" w:color="B8C2CC"/>
              <w:bottom w:val="single" w:sz="6" w:space="0" w:color="B8C2CC"/>
              <w:right w:val="single" w:sz="6" w:space="0" w:color="B8C2CC"/>
            </w:tcBorders>
            <w:vAlign w:val="center"/>
          </w:tcPr>
          <w:p w14:paraId="0E1C6C83" w14:textId="77777777" w:rsidR="00101863" w:rsidRDefault="00BD075A">
            <w:r>
              <w:t>LN1-LN2: Vision Foundations and Digital Images</w:t>
            </w:r>
          </w:p>
        </w:tc>
        <w:tc>
          <w:tcPr>
            <w:tcW w:w="2556" w:type="dxa"/>
            <w:tcBorders>
              <w:top w:val="single" w:sz="6" w:space="0" w:color="B8C2CC"/>
              <w:left w:val="single" w:sz="6" w:space="0" w:color="B8C2CC"/>
              <w:bottom w:val="single" w:sz="6" w:space="0" w:color="B8C2CC"/>
              <w:right w:val="single" w:sz="6" w:space="0" w:color="B8C2CC"/>
            </w:tcBorders>
            <w:vAlign w:val="center"/>
          </w:tcPr>
          <w:p w14:paraId="737B9B1A" w14:textId="77777777" w:rsidR="00101863" w:rsidRDefault="00BD075A">
            <w:r>
              <w:t>4</w:t>
            </w:r>
          </w:p>
        </w:tc>
        <w:tc>
          <w:tcPr>
            <w:tcW w:w="2556" w:type="dxa"/>
            <w:tcBorders>
              <w:top w:val="single" w:sz="6" w:space="0" w:color="B8C2CC"/>
              <w:left w:val="single" w:sz="6" w:space="0" w:color="B8C2CC"/>
              <w:bottom w:val="single" w:sz="6" w:space="0" w:color="B8C2CC"/>
              <w:right w:val="single" w:sz="6" w:space="0" w:color="B8C2CC"/>
            </w:tcBorders>
            <w:vAlign w:val="center"/>
          </w:tcPr>
          <w:p w14:paraId="67FA3984" w14:textId="77777777" w:rsidR="00101863" w:rsidRDefault="00BD075A">
            <w:r>
              <w:t>Quiz / short answer</w:t>
            </w:r>
          </w:p>
        </w:tc>
      </w:tr>
      <w:tr w:rsidR="00101863" w14:paraId="008BD680" w14:textId="77777777">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37E1541B" w14:textId="77777777" w:rsidR="00101863" w:rsidRDefault="00BD075A">
            <w:r>
              <w:t>B</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5A645005" w14:textId="77777777" w:rsidR="00101863" w:rsidRDefault="00BD075A">
            <w:r>
              <w:t>LN3: Vectors, Matrices, and Linear Algebra</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555EC334" w14:textId="77777777" w:rsidR="00101863" w:rsidRDefault="00BD075A">
            <w:r>
              <w:t>8</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2F73979B" w14:textId="77777777" w:rsidR="00101863" w:rsidRDefault="00BD075A">
            <w:r>
              <w:t>Quiz / midterm</w:t>
            </w:r>
          </w:p>
        </w:tc>
      </w:tr>
      <w:tr w:rsidR="00101863" w14:paraId="6828C524" w14:textId="77777777">
        <w:tc>
          <w:tcPr>
            <w:tcW w:w="2556" w:type="dxa"/>
            <w:tcBorders>
              <w:top w:val="single" w:sz="6" w:space="0" w:color="B8C2CC"/>
              <w:left w:val="single" w:sz="6" w:space="0" w:color="B8C2CC"/>
              <w:bottom w:val="single" w:sz="6" w:space="0" w:color="B8C2CC"/>
              <w:right w:val="single" w:sz="6" w:space="0" w:color="B8C2CC"/>
            </w:tcBorders>
            <w:vAlign w:val="center"/>
          </w:tcPr>
          <w:p w14:paraId="0FB0A107" w14:textId="77777777" w:rsidR="00101863" w:rsidRDefault="00BD075A">
            <w:r>
              <w:t>C</w:t>
            </w:r>
          </w:p>
        </w:tc>
        <w:tc>
          <w:tcPr>
            <w:tcW w:w="2556" w:type="dxa"/>
            <w:tcBorders>
              <w:top w:val="single" w:sz="6" w:space="0" w:color="B8C2CC"/>
              <w:left w:val="single" w:sz="6" w:space="0" w:color="B8C2CC"/>
              <w:bottom w:val="single" w:sz="6" w:space="0" w:color="B8C2CC"/>
              <w:right w:val="single" w:sz="6" w:space="0" w:color="B8C2CC"/>
            </w:tcBorders>
            <w:vAlign w:val="center"/>
          </w:tcPr>
          <w:p w14:paraId="061E49B0" w14:textId="77777777" w:rsidR="00101863" w:rsidRDefault="00BD075A">
            <w:r>
              <w:t>LN3-LN4: Homogeneous Points, Lines, and Cross Products</w:t>
            </w:r>
          </w:p>
        </w:tc>
        <w:tc>
          <w:tcPr>
            <w:tcW w:w="2556" w:type="dxa"/>
            <w:tcBorders>
              <w:top w:val="single" w:sz="6" w:space="0" w:color="B8C2CC"/>
              <w:left w:val="single" w:sz="6" w:space="0" w:color="B8C2CC"/>
              <w:bottom w:val="single" w:sz="6" w:space="0" w:color="B8C2CC"/>
              <w:right w:val="single" w:sz="6" w:space="0" w:color="B8C2CC"/>
            </w:tcBorders>
            <w:vAlign w:val="center"/>
          </w:tcPr>
          <w:p w14:paraId="52FD9022" w14:textId="77777777" w:rsidR="00101863" w:rsidRDefault="00BD075A">
            <w:r>
              <w:t>8</w:t>
            </w:r>
          </w:p>
        </w:tc>
        <w:tc>
          <w:tcPr>
            <w:tcW w:w="2556" w:type="dxa"/>
            <w:tcBorders>
              <w:top w:val="single" w:sz="6" w:space="0" w:color="B8C2CC"/>
              <w:left w:val="single" w:sz="6" w:space="0" w:color="B8C2CC"/>
              <w:bottom w:val="single" w:sz="6" w:space="0" w:color="B8C2CC"/>
              <w:right w:val="single" w:sz="6" w:space="0" w:color="B8C2CC"/>
            </w:tcBorders>
            <w:vAlign w:val="center"/>
          </w:tcPr>
          <w:p w14:paraId="648F4A78" w14:textId="77777777" w:rsidR="00101863" w:rsidRDefault="00BD075A">
            <w:r>
              <w:t>Midterm / final</w:t>
            </w:r>
          </w:p>
        </w:tc>
      </w:tr>
      <w:tr w:rsidR="00101863" w14:paraId="4F4F1ECB" w14:textId="77777777">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7F1FF753" w14:textId="77777777" w:rsidR="00101863" w:rsidRDefault="00BD075A">
            <w:r>
              <w:t>D</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08603805" w14:textId="77777777" w:rsidR="00101863" w:rsidRDefault="00BD075A">
            <w:r>
              <w:t>LN3-LN4: Transformations and Camera Models</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6E51DDDF" w14:textId="77777777" w:rsidR="00101863" w:rsidRDefault="00BD075A">
            <w:r>
              <w:t>10</w:t>
            </w:r>
          </w:p>
        </w:tc>
        <w:tc>
          <w:tcPr>
            <w:tcW w:w="2556" w:type="dxa"/>
            <w:tcBorders>
              <w:top w:val="single" w:sz="6" w:space="0" w:color="B8C2CC"/>
              <w:left w:val="single" w:sz="6" w:space="0" w:color="B8C2CC"/>
              <w:bottom w:val="single" w:sz="6" w:space="0" w:color="B8C2CC"/>
              <w:right w:val="single" w:sz="6" w:space="0" w:color="B8C2CC"/>
            </w:tcBorders>
            <w:shd w:val="clear" w:color="auto" w:fill="EEF4F8"/>
            <w:vAlign w:val="center"/>
          </w:tcPr>
          <w:p w14:paraId="55B9ADD8" w14:textId="77777777" w:rsidR="00101863" w:rsidRDefault="00BD075A">
            <w:r>
              <w:t>Midterm / final</w:t>
            </w:r>
          </w:p>
        </w:tc>
      </w:tr>
      <w:tr w:rsidR="00101863" w14:paraId="14DE0A61" w14:textId="77777777">
        <w:tc>
          <w:tcPr>
            <w:tcW w:w="2556" w:type="dxa"/>
            <w:tcBorders>
              <w:top w:val="single" w:sz="6" w:space="0" w:color="B8C2CC"/>
              <w:left w:val="single" w:sz="6" w:space="0" w:color="B8C2CC"/>
              <w:bottom w:val="single" w:sz="6" w:space="0" w:color="B8C2CC"/>
              <w:right w:val="single" w:sz="6" w:space="0" w:color="B8C2CC"/>
            </w:tcBorders>
            <w:vAlign w:val="center"/>
          </w:tcPr>
          <w:p w14:paraId="295D3E18" w14:textId="77777777" w:rsidR="00101863" w:rsidRDefault="00BD075A">
            <w:r>
              <w:t>E</w:t>
            </w:r>
          </w:p>
        </w:tc>
        <w:tc>
          <w:tcPr>
            <w:tcW w:w="2556" w:type="dxa"/>
            <w:tcBorders>
              <w:top w:val="single" w:sz="6" w:space="0" w:color="B8C2CC"/>
              <w:left w:val="single" w:sz="6" w:space="0" w:color="B8C2CC"/>
              <w:bottom w:val="single" w:sz="6" w:space="0" w:color="B8C2CC"/>
              <w:right w:val="single" w:sz="6" w:space="0" w:color="B8C2CC"/>
            </w:tcBorders>
            <w:vAlign w:val="center"/>
          </w:tcPr>
          <w:p w14:paraId="7923EB38" w14:textId="77777777" w:rsidR="00101863" w:rsidRDefault="00BD075A">
            <w:r>
              <w:t>LN5: Point Operations, Filtering, and Edges</w:t>
            </w:r>
          </w:p>
        </w:tc>
        <w:tc>
          <w:tcPr>
            <w:tcW w:w="2556" w:type="dxa"/>
            <w:tcBorders>
              <w:top w:val="single" w:sz="6" w:space="0" w:color="B8C2CC"/>
              <w:left w:val="single" w:sz="6" w:space="0" w:color="B8C2CC"/>
              <w:bottom w:val="single" w:sz="6" w:space="0" w:color="B8C2CC"/>
              <w:right w:val="single" w:sz="6" w:space="0" w:color="B8C2CC"/>
            </w:tcBorders>
            <w:vAlign w:val="center"/>
          </w:tcPr>
          <w:p w14:paraId="7203AEA3" w14:textId="77777777" w:rsidR="00101863" w:rsidRDefault="00BD075A">
            <w:r>
              <w:t>13</w:t>
            </w:r>
          </w:p>
        </w:tc>
        <w:tc>
          <w:tcPr>
            <w:tcW w:w="2556" w:type="dxa"/>
            <w:tcBorders>
              <w:top w:val="single" w:sz="6" w:space="0" w:color="B8C2CC"/>
              <w:left w:val="single" w:sz="6" w:space="0" w:color="B8C2CC"/>
              <w:bottom w:val="single" w:sz="6" w:space="0" w:color="B8C2CC"/>
              <w:right w:val="single" w:sz="6" w:space="0" w:color="B8C2CC"/>
            </w:tcBorders>
            <w:vAlign w:val="center"/>
          </w:tcPr>
          <w:p w14:paraId="124FA79E" w14:textId="77777777" w:rsidR="00101863" w:rsidRDefault="00BD075A">
            <w:r>
              <w:t>Quiz / midterm / final</w:t>
            </w:r>
          </w:p>
        </w:tc>
      </w:tr>
    </w:tbl>
    <w:p w14:paraId="2540E4A3" w14:textId="77777777" w:rsidR="00101863" w:rsidRDefault="00BD075A">
      <w:pPr>
        <w:pStyle w:val="Heading1"/>
      </w:pPr>
      <w:r>
        <w:t>Instructor Notes</w:t>
      </w:r>
    </w:p>
    <w:p w14:paraId="458FF9F0" w14:textId="77777777" w:rsidR="00101863" w:rsidRDefault="00BD075A">
      <w:pPr>
        <w:pStyle w:val="ListBullet"/>
      </w:pPr>
      <w:r>
        <w:t>Problems are independent unless a question explicitly has multiple parts.</w:t>
      </w:r>
    </w:p>
    <w:p w14:paraId="3F7432EC" w14:textId="77777777" w:rsidR="00101863" w:rsidRDefault="00BD075A">
      <w:pPr>
        <w:pStyle w:val="ListBullet"/>
      </w:pPr>
      <w:r>
        <w:t>All filter image arrays are between 4 × 4 and 6 × 6; kernels remain small enough for hand calculation.</w:t>
      </w:r>
    </w:p>
    <w:p w14:paraId="67D24D31" w14:textId="77777777" w:rsidR="00101863" w:rsidRDefault="00BD075A">
      <w:pPr>
        <w:pStyle w:val="ListBullet"/>
      </w:pPr>
      <w:r>
        <w:t>For a 75-minute assessment, select approximately 9-12 problems with a total of 65-80 marks.</w:t>
      </w:r>
    </w:p>
    <w:p w14:paraId="09E83941" w14:textId="77777777" w:rsidR="00101863" w:rsidRDefault="00BD075A">
      <w:pPr>
        <w:pStyle w:val="ListBullet"/>
      </w:pPr>
      <w:r>
        <w:t>Accept equivalent homogeneous vectors that differ by any nonzero scale.</w:t>
      </w:r>
    </w:p>
    <w:p w14:paraId="2CE92E08" w14:textId="77777777" w:rsidR="00101863" w:rsidRDefault="00BD075A">
      <w:pPr>
        <w:pStyle w:val="ListBullet"/>
      </w:pPr>
      <w:r>
        <w:t>The worked solutions are placed after a page break and can be removed before distribution.</w:t>
      </w:r>
    </w:p>
    <w:p w14:paraId="0897C453" w14:textId="77777777" w:rsidR="00101863" w:rsidRDefault="00BD075A">
      <w:r>
        <w:br w:type="page"/>
      </w:r>
    </w:p>
    <w:p w14:paraId="41534858" w14:textId="77777777" w:rsidR="00101863" w:rsidRDefault="00BD075A">
      <w:pPr>
        <w:pStyle w:val="Heading1"/>
      </w:pPr>
      <w:r>
        <w:lastRenderedPageBreak/>
        <w:t>Student Problem Set</w:t>
      </w:r>
    </w:p>
    <w:p w14:paraId="330B278B" w14:textId="77777777" w:rsidR="00101863" w:rsidRDefault="00BD075A">
      <w:pPr>
        <w:pStyle w:val="Heading2"/>
      </w:pPr>
      <w:r>
        <w:t>Section A. LN1-LN2: Vision Foundations and Digital Images</w:t>
      </w:r>
    </w:p>
    <w:p w14:paraId="4DF8D597" w14:textId="77777777" w:rsidR="00101863" w:rsidRDefault="00BD075A">
      <w:pPr>
        <w:keepNext/>
        <w:keepLines/>
        <w:spacing w:before="140" w:after="40"/>
      </w:pPr>
      <w:r>
        <w:rPr>
          <w:b/>
        </w:rPr>
        <w:t>1. From pixels to a vision decision</w:t>
      </w:r>
      <w:r>
        <w:rPr>
          <w:i/>
          <w:sz w:val="18"/>
        </w:rPr>
        <w:t xml:space="preserve">  [4 marks | about 4 min]</w:t>
      </w:r>
    </w:p>
    <w:p w14:paraId="5E26D061" w14:textId="77777777" w:rsidR="00101863" w:rsidRDefault="00BD075A">
      <w:pPr>
        <w:keepNext/>
        <w:keepLines/>
        <w:spacing w:after="40"/>
      </w:pPr>
      <w:r>
        <w:t>A parking camera must count cars entering a gate. For one frame, write one suitable item for each stage: input, preprocessing, main algorithm, postprocessing, and final decision. Then name the main computer-vision task.</w:t>
      </w:r>
    </w:p>
    <w:p w14:paraId="121500DE" w14:textId="77777777" w:rsidR="00101863" w:rsidRDefault="00BD075A">
      <w:pPr>
        <w:keepLines/>
        <w:spacing w:before="60" w:after="60"/>
      </w:pPr>
      <w:r>
        <w:t>Work / answer: ________________________________________________________________</w:t>
      </w:r>
    </w:p>
    <w:p w14:paraId="4ACF0024" w14:textId="77777777" w:rsidR="00101863" w:rsidRDefault="00BD075A">
      <w:pPr>
        <w:keepNext/>
        <w:keepLines/>
        <w:spacing w:before="140" w:after="40"/>
      </w:pPr>
      <w:r>
        <w:rPr>
          <w:b/>
        </w:rPr>
        <w:t>2. Image statistics and thresholding</w:t>
      </w:r>
      <w:r>
        <w:rPr>
          <w:i/>
          <w:sz w:val="18"/>
        </w:rPr>
        <w:t xml:space="preserve">  [5 marks | about 5 min]</w:t>
      </w:r>
    </w:p>
    <w:p w14:paraId="02454777" w14:textId="77777777" w:rsidR="00101863" w:rsidRDefault="00BD075A">
      <w:pPr>
        <w:keepNext/>
        <w:keepLines/>
        <w:spacing w:after="40"/>
      </w:pPr>
      <w:r>
        <w:t>For the 5 × 5 grayscale image below, find (a) the minimum, (b) the maximum, (c) the mean, (d) the mean of row 3, and (e) the binary image B using B=1 when I≥50 and B=0 otherwise.</w:t>
      </w:r>
    </w:p>
    <w:p w14:paraId="36D3404D" w14:textId="77777777" w:rsidR="00101863" w:rsidRDefault="00BD075A">
      <w:pPr>
        <w:keepNext/>
        <w:keepLines/>
        <w:spacing w:before="40"/>
        <w:jc w:val="center"/>
      </w:pPr>
      <m:oMathPara>
        <m:oMath>
          <m:r>
            <m:rPr>
              <m:nor/>
            </m:rPr>
            <m:t>B</m:t>
          </m:r>
          <m:r>
            <m:rPr>
              <m:nor/>
            </m:rPr>
            <m:t>ᵢⱼ</m:t>
          </m:r>
          <m:r>
            <m:rPr>
              <m:nor/>
            </m:rPr>
            <m:t xml:space="preserve"> = 1 when I</m:t>
          </m:r>
          <m:r>
            <m:rPr>
              <m:nor/>
            </m:rPr>
            <m:t>ᵢⱼ</m:t>
          </m:r>
          <m:r>
            <m:rPr>
              <m:nor/>
            </m:rPr>
            <m:t xml:space="preserve"> ≥ 50; otherwise B</m:t>
          </m:r>
          <m:r>
            <m:rPr>
              <m:nor/>
            </m:rPr>
            <m:t>ᵢⱼ</m:t>
          </m:r>
          <m:r>
            <m:rPr>
              <m:nor/>
            </m:rPr>
            <m:t xml:space="preserve"> = 0</m:t>
          </m:r>
        </m:oMath>
      </m:oMathPara>
    </w:p>
    <w:p w14:paraId="615699EC" w14:textId="77777777" w:rsidR="00101863" w:rsidRDefault="00BD075A">
      <w:pPr>
        <w:keepNext/>
        <w:keepLines/>
        <w:spacing w:after="20"/>
        <w:ind w:left="504"/>
      </w:pPr>
      <w:r>
        <w:t>I =</w:t>
      </w:r>
    </w:p>
    <w:p w14:paraId="525BDC4F"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5"/>
                        <m:mcJc m:val="center"/>
                      </m:mcPr>
                    </m:mc>
                  </m:mcs>
                  <m:ctrlPr>
                    <w:rPr>
                      <w:rFonts w:ascii="Cambria Math" w:hAnsi="Cambria Math"/>
                    </w:rPr>
                  </m:ctrlPr>
                </m:mPr>
                <m:mr>
                  <m:e>
                    <m:r>
                      <w:rPr>
                        <w:rFonts w:ascii="Cambria Math" w:hAnsi="Cambria Math"/>
                      </w:rPr>
                      <m:t>10</m:t>
                    </m:r>
                  </m:e>
                  <m:e>
                    <m:r>
                      <w:rPr>
                        <w:rFonts w:ascii="Cambria Math" w:hAnsi="Cambria Math"/>
                      </w:rPr>
                      <m:t>10</m:t>
                    </m:r>
                  </m:e>
                  <m:e>
                    <m:r>
                      <w:rPr>
                        <w:rFonts w:ascii="Cambria Math" w:hAnsi="Cambria Math"/>
                      </w:rPr>
                      <m:t>30</m:t>
                    </m:r>
                  </m:e>
                  <m:e>
                    <m:r>
                      <w:rPr>
                        <w:rFonts w:ascii="Cambria Math" w:hAnsi="Cambria Math"/>
                      </w:rPr>
                      <m:t>60</m:t>
                    </m:r>
                  </m:e>
                  <m:e>
                    <m:r>
                      <w:rPr>
                        <w:rFonts w:ascii="Cambria Math" w:hAnsi="Cambria Math"/>
                      </w:rPr>
                      <m:t>60</m:t>
                    </m:r>
                  </m:e>
                </m:mr>
                <m:mr>
                  <m:e>
                    <m:r>
                      <w:rPr>
                        <w:rFonts w:ascii="Cambria Math" w:hAnsi="Cambria Math"/>
                      </w:rPr>
                      <m:t>10</m:t>
                    </m:r>
                  </m:e>
                  <m:e>
                    <m:r>
                      <w:rPr>
                        <w:rFonts w:ascii="Cambria Math" w:hAnsi="Cambria Math"/>
                      </w:rPr>
                      <m:t>20</m:t>
                    </m:r>
                  </m:e>
                  <m:e>
                    <m:r>
                      <w:rPr>
                        <w:rFonts w:ascii="Cambria Math" w:hAnsi="Cambria Math"/>
                      </w:rPr>
                      <m:t>35</m:t>
                    </m:r>
                  </m:e>
                  <m:e>
                    <m:r>
                      <w:rPr>
                        <w:rFonts w:ascii="Cambria Math" w:hAnsi="Cambria Math"/>
                      </w:rPr>
                      <m:t>65</m:t>
                    </m:r>
                  </m:e>
                  <m:e>
                    <m:r>
                      <w:rPr>
                        <w:rFonts w:ascii="Cambria Math" w:hAnsi="Cambria Math"/>
                      </w:rPr>
                      <m:t>70</m:t>
                    </m:r>
                  </m:e>
                </m:mr>
                <m:mr>
                  <m:e>
                    <m:r>
                      <w:rPr>
                        <w:rFonts w:ascii="Cambria Math" w:hAnsi="Cambria Math"/>
                      </w:rPr>
                      <m:t>15</m:t>
                    </m:r>
                  </m:e>
                  <m:e>
                    <m:r>
                      <w:rPr>
                        <w:rFonts w:ascii="Cambria Math" w:hAnsi="Cambria Math"/>
                      </w:rPr>
                      <m:t>25</m:t>
                    </m:r>
                  </m:e>
                  <m:e>
                    <m:r>
                      <w:rPr>
                        <w:rFonts w:ascii="Cambria Math" w:hAnsi="Cambria Math"/>
                      </w:rPr>
                      <m:t>40</m:t>
                    </m:r>
                  </m:e>
                  <m:e>
                    <m:r>
                      <w:rPr>
                        <w:rFonts w:ascii="Cambria Math" w:hAnsi="Cambria Math"/>
                      </w:rPr>
                      <m:t>80</m:t>
                    </m:r>
                  </m:e>
                  <m:e>
                    <m:r>
                      <w:rPr>
                        <w:rFonts w:ascii="Cambria Math" w:hAnsi="Cambria Math"/>
                      </w:rPr>
                      <m:t>85</m:t>
                    </m:r>
                  </m:e>
                </m:mr>
                <m:mr>
                  <m:e>
                    <m:r>
                      <w:rPr>
                        <w:rFonts w:ascii="Cambria Math" w:hAnsi="Cambria Math"/>
                      </w:rPr>
                      <m:t>90</m:t>
                    </m:r>
                  </m:e>
                  <m:e>
                    <m:r>
                      <w:rPr>
                        <w:rFonts w:ascii="Cambria Math" w:hAnsi="Cambria Math"/>
                      </w:rPr>
                      <m:t>90</m:t>
                    </m:r>
                  </m:e>
                  <m:e>
                    <m:r>
                      <w:rPr>
                        <w:rFonts w:ascii="Cambria Math" w:hAnsi="Cambria Math"/>
                      </w:rPr>
                      <m:t>95</m:t>
                    </m:r>
                  </m:e>
                  <m:e>
                    <m:r>
                      <w:rPr>
                        <w:rFonts w:ascii="Cambria Math" w:hAnsi="Cambria Math"/>
                      </w:rPr>
                      <m:t>100</m:t>
                    </m:r>
                  </m:e>
                  <m:e>
                    <m:r>
                      <w:rPr>
                        <w:rFonts w:ascii="Cambria Math" w:hAnsi="Cambria Math"/>
                      </w:rPr>
                      <m:t>105</m:t>
                    </m:r>
                  </m:e>
                </m:mr>
                <m:mr>
                  <m:e>
                    <m:r>
                      <w:rPr>
                        <w:rFonts w:ascii="Cambria Math" w:hAnsi="Cambria Math"/>
                      </w:rPr>
                      <m:t>95</m:t>
                    </m:r>
                  </m:e>
                  <m:e>
                    <m:r>
                      <w:rPr>
                        <w:rFonts w:ascii="Cambria Math" w:hAnsi="Cambria Math"/>
                      </w:rPr>
                      <m:t>100</m:t>
                    </m:r>
                  </m:e>
                  <m:e>
                    <m:r>
                      <w:rPr>
                        <w:rFonts w:ascii="Cambria Math" w:hAnsi="Cambria Math"/>
                      </w:rPr>
                      <m:t>100</m:t>
                    </m:r>
                  </m:e>
                  <m:e>
                    <m:r>
                      <w:rPr>
                        <w:rFonts w:ascii="Cambria Math" w:hAnsi="Cambria Math"/>
                      </w:rPr>
                      <m:t>110</m:t>
                    </m:r>
                  </m:e>
                  <m:e>
                    <m:r>
                      <w:rPr>
                        <w:rFonts w:ascii="Cambria Math" w:hAnsi="Cambria Math"/>
                      </w:rPr>
                      <m:t>120</m:t>
                    </m:r>
                  </m:e>
                </m:mr>
              </m:m>
            </m:e>
          </m:d>
        </m:oMath>
      </m:oMathPara>
    </w:p>
    <w:p w14:paraId="546F87D6" w14:textId="77777777" w:rsidR="00101863" w:rsidRDefault="00BD075A">
      <w:pPr>
        <w:keepLines/>
        <w:spacing w:before="60" w:after="60"/>
      </w:pPr>
      <w:r>
        <w:t>Work / answer: ________________________________________________________________</w:t>
      </w:r>
    </w:p>
    <w:p w14:paraId="55BB044B" w14:textId="77777777" w:rsidR="00101863" w:rsidRDefault="00BD075A">
      <w:pPr>
        <w:keepNext/>
        <w:keepLines/>
        <w:spacing w:before="140" w:after="40"/>
      </w:pPr>
      <w:r>
        <w:rPr>
          <w:b/>
        </w:rPr>
        <w:t>3. Bits, levels, and storage</w:t>
      </w:r>
      <w:r>
        <w:rPr>
          <w:i/>
          <w:sz w:val="18"/>
        </w:rPr>
        <w:t xml:space="preserve">  [4 marks | about 4 min]</w:t>
      </w:r>
    </w:p>
    <w:p w14:paraId="02A08C23" w14:textId="77777777" w:rsidR="00101863" w:rsidRDefault="00BD075A">
      <w:pPr>
        <w:keepNext/>
        <w:keepLines/>
        <w:spacing w:after="40"/>
      </w:pPr>
      <w:r>
        <w:t>An image has size 640 × 480. Calculate the uncompressed storage in bytes for (a) an 8-bit grayscale image and (b) a 24-bit RGB image. How many intensity levels does one 8-bit channel have? Give RGB storage in MiB using 1 MiB = 1,048,576 bytes.</w:t>
      </w:r>
    </w:p>
    <w:p w14:paraId="642CDADA" w14:textId="77777777" w:rsidR="00101863" w:rsidRDefault="00BD075A">
      <w:pPr>
        <w:keepNext/>
        <w:keepLines/>
        <w:spacing w:before="40"/>
        <w:jc w:val="center"/>
      </w:pPr>
      <m:oMathPara>
        <m:oMath>
          <m:r>
            <m:rPr>
              <m:nor/>
            </m:rPr>
            <m:t>N = 640 × 480, S_gray = N × 1 byte, S_RGB = N × 3 bytes</m:t>
          </m:r>
        </m:oMath>
      </m:oMathPara>
    </w:p>
    <w:p w14:paraId="27D4C99F" w14:textId="77777777" w:rsidR="00101863" w:rsidRDefault="00BD075A">
      <w:pPr>
        <w:keepLines/>
        <w:spacing w:before="60" w:after="60"/>
      </w:pPr>
      <w:r>
        <w:t>Work / answer: ________________________________________________________________</w:t>
      </w:r>
    </w:p>
    <w:p w14:paraId="29479CE0" w14:textId="77777777" w:rsidR="00101863" w:rsidRDefault="00BD075A">
      <w:pPr>
        <w:keepNext/>
        <w:keepLines/>
        <w:spacing w:before="140" w:after="40"/>
      </w:pPr>
      <w:r>
        <w:rPr>
          <w:b/>
        </w:rPr>
        <w:t>4. Choose the required output</w:t>
      </w:r>
      <w:r>
        <w:rPr>
          <w:i/>
          <w:sz w:val="18"/>
        </w:rPr>
        <w:t xml:space="preserve">  [4 marks | about 4 min]</w:t>
      </w:r>
    </w:p>
    <w:p w14:paraId="3B59F51F" w14:textId="77777777" w:rsidR="00101863" w:rsidRDefault="00BD075A">
      <w:pPr>
        <w:keepNext/>
        <w:keepLines/>
        <w:spacing w:after="40"/>
      </w:pPr>
      <w:r>
        <w:t>A road image contains three cars. State the expected output for each task: (a) classification, (b) localization of one selected car, (c) object detection, (d) semantic segmentation, and (e) tracking after five video frames. Be precise about labels, coordinates, masks, and identity.</w:t>
      </w:r>
    </w:p>
    <w:p w14:paraId="051D8580" w14:textId="77777777" w:rsidR="00101863" w:rsidRDefault="00BD075A">
      <w:pPr>
        <w:keepLines/>
        <w:spacing w:before="60" w:after="60"/>
      </w:pPr>
      <w:r>
        <w:t>Work / answer: ________________________________________________________________</w:t>
      </w:r>
    </w:p>
    <w:p w14:paraId="58972DCE" w14:textId="77777777" w:rsidR="00101863" w:rsidRDefault="00BD075A">
      <w:pPr>
        <w:pStyle w:val="Heading2"/>
      </w:pPr>
      <w:r>
        <w:t>Section B. LN3: Vectors, Matrices, and Linear Algebra</w:t>
      </w:r>
    </w:p>
    <w:p w14:paraId="3AC51B6B" w14:textId="77777777" w:rsidR="00101863" w:rsidRDefault="00BD075A">
      <w:pPr>
        <w:keepNext/>
        <w:keepLines/>
        <w:spacing w:before="140" w:after="40"/>
      </w:pPr>
      <w:r>
        <w:rPr>
          <w:b/>
        </w:rPr>
        <w:t>5. Vector magnitude, distance, and direction</w:t>
      </w:r>
      <w:r>
        <w:rPr>
          <w:i/>
          <w:sz w:val="18"/>
        </w:rPr>
        <w:t xml:space="preserve">  [5 marks | about 5 min]</w:t>
      </w:r>
    </w:p>
    <w:p w14:paraId="36B99AB5" w14:textId="77777777" w:rsidR="00101863" w:rsidRDefault="00BD075A">
      <w:pPr>
        <w:keepNext/>
        <w:keepLines/>
        <w:spacing w:after="40"/>
      </w:pPr>
      <w:r>
        <w:t>Let a=(3,4), b=(6,8), p=(2,3), and q=(8,11). Compute (a) ||a||_2, (b) the distance from p to q, (c) a dot b, and (d) cos(theta) and theta between a and b.</w:t>
      </w:r>
    </w:p>
    <w:p w14:paraId="0970EC7F" w14:textId="77777777" w:rsidR="00101863" w:rsidRDefault="00BD075A">
      <w:pPr>
        <w:keepNext/>
        <w:keepLines/>
        <w:spacing w:before="40"/>
        <w:jc w:val="center"/>
      </w:pPr>
      <m:oMathPara>
        <m:oMath>
          <m:r>
            <m:rPr>
              <m:nor/>
            </m:rPr>
            <m:t>‖a‖₂ = √(a₁² + a₂²), a · b = ‖a‖₂ ‖b‖₂ cos θ</m:t>
          </m:r>
        </m:oMath>
      </m:oMathPara>
    </w:p>
    <w:p w14:paraId="4C2D7657" w14:textId="77777777" w:rsidR="00101863" w:rsidRDefault="00BD075A">
      <w:pPr>
        <w:keepLines/>
        <w:spacing w:before="60" w:after="60"/>
      </w:pPr>
      <w:r>
        <w:t>Work / answer: ________________________________________________________________</w:t>
      </w:r>
    </w:p>
    <w:p w14:paraId="0721B5E9" w14:textId="77777777" w:rsidR="00101863" w:rsidRDefault="00BD075A">
      <w:pPr>
        <w:keepNext/>
        <w:keepLines/>
        <w:spacing w:before="140" w:after="40"/>
      </w:pPr>
      <w:r>
        <w:rPr>
          <w:b/>
        </w:rPr>
        <w:t>6. Dot product using cosine</w:t>
      </w:r>
      <w:r>
        <w:rPr>
          <w:i/>
          <w:sz w:val="18"/>
        </w:rPr>
        <w:t xml:space="preserve">  [5 marks | about 5 min]</w:t>
      </w:r>
    </w:p>
    <w:p w14:paraId="334C5801" w14:textId="77777777" w:rsidR="00101863" w:rsidRDefault="00BD075A">
      <w:pPr>
        <w:keepNext/>
        <w:keepLines/>
        <w:spacing w:after="40"/>
      </w:pPr>
      <w:r>
        <w:t>For p1=(2,2) and p2=(1,1), compute the dot product (a) component by component and (b) using ||p1|| ||p2|| cos(theta). Also find theta.</w:t>
      </w:r>
    </w:p>
    <w:p w14:paraId="12D8E639" w14:textId="77777777" w:rsidR="00101863" w:rsidRDefault="00BD075A">
      <w:pPr>
        <w:keepNext/>
        <w:keepLines/>
        <w:spacing w:before="40"/>
        <w:jc w:val="center"/>
      </w:pPr>
      <m:oMathPara>
        <m:oMath>
          <m:r>
            <m:rPr>
              <m:nor/>
            </m:rPr>
            <m:t>p₁ · p₂ = p₁ₓp₂ₓ + p₁</m:t>
          </m:r>
          <m:r>
            <m:rPr>
              <m:nor/>
            </m:rPr>
            <m:t>ᵧ</m:t>
          </m:r>
          <m:r>
            <m:rPr>
              <m:nor/>
            </m:rPr>
            <m:t>p₂</m:t>
          </m:r>
          <m:r>
            <m:rPr>
              <m:nor/>
            </m:rPr>
            <m:t>ᵧ</m:t>
          </m:r>
          <m:r>
            <m:rPr>
              <m:nor/>
            </m:rPr>
            <m:t xml:space="preserve"> = ‖p₁‖₂ ‖p₂‖₂ cos θ</m:t>
          </m:r>
        </m:oMath>
      </m:oMathPara>
    </w:p>
    <w:p w14:paraId="2604D39A" w14:textId="77777777" w:rsidR="00101863" w:rsidRDefault="00BD075A">
      <w:pPr>
        <w:keepLines/>
        <w:spacing w:before="60" w:after="60"/>
      </w:pPr>
      <w:r>
        <w:t>Work / answer: ________________________________________________________________</w:t>
      </w:r>
    </w:p>
    <w:p w14:paraId="22368BF2" w14:textId="77777777" w:rsidR="00101863" w:rsidRDefault="00BD075A">
      <w:pPr>
        <w:keepNext/>
        <w:keepLines/>
        <w:spacing w:before="140" w:after="40"/>
      </w:pPr>
      <w:r>
        <w:rPr>
          <w:b/>
        </w:rPr>
        <w:t>7. Orthogonality and projection</w:t>
      </w:r>
      <w:r>
        <w:rPr>
          <w:i/>
          <w:sz w:val="18"/>
        </w:rPr>
        <w:t xml:space="preserve">  [6 marks | about 6 min]</w:t>
      </w:r>
    </w:p>
    <w:p w14:paraId="21A383F4" w14:textId="77777777" w:rsidR="00101863" w:rsidRDefault="00BD075A">
      <w:pPr>
        <w:keepNext/>
        <w:keepLines/>
        <w:spacing w:after="40"/>
      </w:pPr>
      <w:r>
        <w:t>Let a=(3,4) and c=(-4,3). (a) Show whether they are perpendicular. (b) Compute the vector projection of c onto a. (c) Compute the area of the parallelogram they form using the 2D determinant.</w:t>
      </w:r>
    </w:p>
    <w:p w14:paraId="1909F498" w14:textId="77777777" w:rsidR="00101863" w:rsidRDefault="00BD075A">
      <w:pPr>
        <w:keepNext/>
        <w:keepLines/>
        <w:spacing w:before="40"/>
        <w:jc w:val="center"/>
      </w:pPr>
      <m:oMathPara>
        <m:oMath>
          <m:r>
            <m:rPr>
              <m:nor/>
            </m:rPr>
            <m:t>projₐ(c) = ((c · a)/(a · a))a, area = |a₁c₂ - a₂c₁|</m:t>
          </m:r>
        </m:oMath>
      </m:oMathPara>
    </w:p>
    <w:p w14:paraId="2DF9339A" w14:textId="77777777" w:rsidR="00101863" w:rsidRDefault="00BD075A">
      <w:pPr>
        <w:keepLines/>
        <w:spacing w:before="60" w:after="60"/>
      </w:pPr>
      <w:r>
        <w:t>Work / answer: ________________________________________________________________</w:t>
      </w:r>
    </w:p>
    <w:p w14:paraId="4C3D6041" w14:textId="77777777" w:rsidR="00101863" w:rsidRDefault="00BD075A">
      <w:pPr>
        <w:keepNext/>
        <w:keepLines/>
        <w:spacing w:before="140" w:after="40"/>
      </w:pPr>
      <w:r>
        <w:rPr>
          <w:b/>
        </w:rPr>
        <w:lastRenderedPageBreak/>
        <w:t>8. Three-dimensional cross product</w:t>
      </w:r>
      <w:r>
        <w:rPr>
          <w:i/>
          <w:sz w:val="18"/>
        </w:rPr>
        <w:t xml:space="preserve">  [6 marks | about 6 min]</w:t>
      </w:r>
    </w:p>
    <w:p w14:paraId="69A27820" w14:textId="77777777" w:rsidR="00101863" w:rsidRDefault="00BD075A">
      <w:pPr>
        <w:keepNext/>
        <w:keepLines/>
        <w:spacing w:after="40"/>
      </w:pPr>
      <w:r>
        <w:t>Given u=(1,2,0) and v=(2,0,1), calculate u × v. Verify the answer is perpendicular to both input vectors and find the parallelogram area.</w:t>
      </w:r>
    </w:p>
    <w:p w14:paraId="18E74DA7" w14:textId="77777777" w:rsidR="00101863" w:rsidRDefault="00BD075A">
      <w:pPr>
        <w:keepNext/>
        <w:keepLines/>
        <w:spacing w:before="40"/>
        <w:jc w:val="center"/>
      </w:pPr>
      <m:oMathPara>
        <m:oMath>
          <m:r>
            <m:rPr>
              <m:nor/>
            </m:rPr>
            <m:t>u × v = (u₂v₃ - u₃v₂, u₃v₁ - u₁v₃, u₁v₂ - u₂v₁)</m:t>
          </m:r>
        </m:oMath>
      </m:oMathPara>
    </w:p>
    <w:p w14:paraId="7C9AB3F7" w14:textId="77777777" w:rsidR="00101863" w:rsidRDefault="00BD075A">
      <w:pPr>
        <w:keepLines/>
        <w:spacing w:before="60" w:after="60"/>
      </w:pPr>
      <w:r>
        <w:t>Work / answer: ________________________________________________________________</w:t>
      </w:r>
    </w:p>
    <w:p w14:paraId="55F702B1" w14:textId="77777777" w:rsidR="00101863" w:rsidRDefault="00BD075A">
      <w:pPr>
        <w:keepNext/>
        <w:keepLines/>
        <w:spacing w:before="140" w:after="40"/>
      </w:pPr>
      <w:r>
        <w:rPr>
          <w:b/>
        </w:rPr>
        <w:t>9. Matrix dimensions and multiplication</w:t>
      </w:r>
      <w:r>
        <w:rPr>
          <w:i/>
          <w:sz w:val="18"/>
        </w:rPr>
        <w:t xml:space="preserve">  [6 marks | about 6 min]</w:t>
      </w:r>
    </w:p>
    <w:p w14:paraId="002F12CD" w14:textId="77777777" w:rsidR="00101863" w:rsidRDefault="00BD075A">
      <w:pPr>
        <w:keepNext/>
        <w:keepLines/>
        <w:spacing w:after="40"/>
      </w:pPr>
      <w:r>
        <w:t>Let A and B be the matrices below. State the dimensions of AB and BA, then calculate both products.</w:t>
      </w:r>
    </w:p>
    <w:p w14:paraId="28F0F56D" w14:textId="77777777" w:rsidR="00101863" w:rsidRDefault="00BD075A">
      <w:pPr>
        <w:keepNext/>
        <w:keepLines/>
        <w:spacing w:before="40"/>
        <w:jc w:val="center"/>
      </w:pPr>
      <m:oMathPara>
        <m:oMath>
          <m:r>
            <m:rPr>
              <m:nor/>
            </m:rPr>
            <m:t>A ∈ R²ˣ³, B ∈ R³ˣ², AB ∈ R²ˣ², BA ∈ R³ˣ³</m:t>
          </m:r>
        </m:oMath>
      </m:oMathPara>
    </w:p>
    <w:p w14:paraId="3F041DDB" w14:textId="77777777" w:rsidR="00101863" w:rsidRDefault="00BD075A">
      <w:pPr>
        <w:keepNext/>
        <w:keepLines/>
        <w:spacing w:after="60"/>
        <w:jc w:val="center"/>
      </w:pPr>
      <m:oMathPara>
        <m:oMath>
          <m:r>
            <m:rPr>
              <m:nor/>
            </m:rPr>
            <m:t>A =</m:t>
          </m:r>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1</m:t>
                    </m:r>
                  </m:e>
                  <m:e>
                    <m:r>
                      <w:rPr>
                        <w:rFonts w:ascii="Cambria Math" w:hAnsi="Cambria Math"/>
                      </w:rPr>
                      <m:t>2</m:t>
                    </m:r>
                  </m:e>
                  <m:e>
                    <m:r>
                      <w:rPr>
                        <w:rFonts w:ascii="Cambria Math" w:hAnsi="Cambria Math"/>
                      </w:rPr>
                      <m:t>0</m:t>
                    </m:r>
                  </m:e>
                </m:mr>
                <m:mr>
                  <m:e>
                    <m:r>
                      <w:rPr>
                        <w:rFonts w:ascii="Cambria Math" w:hAnsi="Cambria Math"/>
                      </w:rPr>
                      <m:t>3</m:t>
                    </m:r>
                  </m:e>
                  <m:e>
                    <m:r>
                      <w:rPr>
                        <w:rFonts w:ascii="Cambria Math" w:hAnsi="Cambria Math"/>
                      </w:rPr>
                      <m:t>-</m:t>
                    </m:r>
                    <m:r>
                      <w:rPr>
                        <w:rFonts w:ascii="Cambria Math" w:hAnsi="Cambria Math"/>
                      </w:rPr>
                      <m:t>1</m:t>
                    </m:r>
                  </m:e>
                  <m:e>
                    <m:r>
                      <w:rPr>
                        <w:rFonts w:ascii="Cambria Math" w:hAnsi="Cambria Math"/>
                      </w:rPr>
                      <m:t>4</m:t>
                    </m:r>
                  </m:e>
                </m:mr>
              </m:m>
            </m:e>
          </m:d>
        </m:oMath>
      </m:oMathPara>
    </w:p>
    <w:p w14:paraId="3BA458CB" w14:textId="77777777" w:rsidR="00101863" w:rsidRDefault="00BD075A">
      <w:pPr>
        <w:keepNext/>
        <w:keepLines/>
        <w:spacing w:after="60"/>
        <w:jc w:val="center"/>
      </w:pPr>
      <m:oMathPara>
        <m:oMath>
          <m:r>
            <m:rPr>
              <m:nor/>
            </m:rPr>
            <m:t>B =</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2</m:t>
                    </m:r>
                  </m:e>
                  <m:e>
                    <m:r>
                      <w:rPr>
                        <w:rFonts w:ascii="Cambria Math" w:hAnsi="Cambria Math"/>
                      </w:rPr>
                      <m:t>1</m:t>
                    </m:r>
                  </m:e>
                </m:mr>
                <m:mr>
                  <m:e>
                    <m:r>
                      <w:rPr>
                        <w:rFonts w:ascii="Cambria Math" w:hAnsi="Cambria Math"/>
                      </w:rPr>
                      <m:t>0</m:t>
                    </m:r>
                  </m:e>
                  <m:e>
                    <m:r>
                      <w:rPr>
                        <w:rFonts w:ascii="Cambria Math" w:hAnsi="Cambria Math"/>
                      </w:rPr>
                      <m:t>-</m:t>
                    </m:r>
                    <m:r>
                      <w:rPr>
                        <w:rFonts w:ascii="Cambria Math" w:hAnsi="Cambria Math"/>
                      </w:rPr>
                      <m:t>2</m:t>
                    </m:r>
                  </m:e>
                </m:mr>
                <m:mr>
                  <m:e>
                    <m:r>
                      <w:rPr>
                        <w:rFonts w:ascii="Cambria Math" w:hAnsi="Cambria Math"/>
                      </w:rPr>
                      <m:t>1</m:t>
                    </m:r>
                  </m:e>
                  <m:e>
                    <m:r>
                      <w:rPr>
                        <w:rFonts w:ascii="Cambria Math" w:hAnsi="Cambria Math"/>
                      </w:rPr>
                      <m:t>3</m:t>
                    </m:r>
                  </m:e>
                </m:mr>
              </m:m>
            </m:e>
          </m:d>
        </m:oMath>
      </m:oMathPara>
    </w:p>
    <w:p w14:paraId="4B69ECBA" w14:textId="77777777" w:rsidR="00101863" w:rsidRDefault="00BD075A">
      <w:pPr>
        <w:keepLines/>
        <w:spacing w:before="60" w:after="60"/>
      </w:pPr>
      <w:r>
        <w:t>Work / answer: ________________________________________________________________</w:t>
      </w:r>
    </w:p>
    <w:p w14:paraId="39AB739D" w14:textId="77777777" w:rsidR="00101863" w:rsidRDefault="00BD075A">
      <w:pPr>
        <w:keepNext/>
        <w:keepLines/>
        <w:spacing w:before="140" w:after="40"/>
      </w:pPr>
      <w:r>
        <w:rPr>
          <w:b/>
        </w:rPr>
        <w:t>10. Determinant, inverse, and a linear system</w:t>
      </w:r>
      <w:r>
        <w:rPr>
          <w:i/>
          <w:sz w:val="18"/>
        </w:rPr>
        <w:t xml:space="preserve">  [7 marks | about 7 min]</w:t>
      </w:r>
    </w:p>
    <w:p w14:paraId="017F28ED" w14:textId="77777777" w:rsidR="00101863" w:rsidRDefault="00BD075A">
      <w:pPr>
        <w:keepNext/>
        <w:keepLines/>
        <w:spacing w:after="40"/>
      </w:pPr>
      <w:r>
        <w:t>For A=[[2,1],[1,1]] and b=(7,4)</w:t>
      </w:r>
      <w:r>
        <w:t>ᵀ</w:t>
      </w:r>
      <w:r>
        <w:t>: (a) compute det(A), (b) find A⁻¹, and (c) solve Ax=b. Verify your answer by multiplication.</w:t>
      </w:r>
    </w:p>
    <w:p w14:paraId="0651CC3D" w14:textId="77777777" w:rsidR="00101863" w:rsidRDefault="00BD075A">
      <w:pPr>
        <w:keepNext/>
        <w:keepLines/>
        <w:spacing w:before="40"/>
        <w:jc w:val="center"/>
      </w:pPr>
      <m:oMathPara>
        <m:oMath>
          <m:r>
            <m:rPr>
              <m:nor/>
            </m:rPr>
            <m:t>det(A) = ad - bc, x = A⁻¹b</m:t>
          </m:r>
        </m:oMath>
      </m:oMathPara>
    </w:p>
    <w:p w14:paraId="0B150639" w14:textId="77777777" w:rsidR="00101863" w:rsidRDefault="00BD075A">
      <w:pPr>
        <w:keepLines/>
        <w:spacing w:before="60" w:after="60"/>
      </w:pPr>
      <w:r>
        <w:t>Work / answer: ________________________________________________________________</w:t>
      </w:r>
    </w:p>
    <w:p w14:paraId="409C7150" w14:textId="77777777" w:rsidR="00101863" w:rsidRDefault="00BD075A">
      <w:pPr>
        <w:keepNext/>
        <w:keepLines/>
        <w:spacing w:before="140" w:after="40"/>
      </w:pPr>
      <w:r>
        <w:rPr>
          <w:b/>
        </w:rPr>
        <w:t>11. Symmetric and skew-symmetric parts</w:t>
      </w:r>
      <w:r>
        <w:rPr>
          <w:i/>
          <w:sz w:val="18"/>
        </w:rPr>
        <w:t xml:space="preserve">  [6 marks | about 6 min]</w:t>
      </w:r>
    </w:p>
    <w:p w14:paraId="4CB3D1E6" w14:textId="77777777" w:rsidR="00101863" w:rsidRDefault="00BD075A">
      <w:pPr>
        <w:keepNext/>
        <w:keepLines/>
        <w:spacing w:after="40"/>
      </w:pPr>
      <w:r>
        <w:t>For M=[[2,4],[-2,6]], calculate M</w:t>
      </w:r>
      <w:r>
        <w:t>ᵀ</w:t>
      </w:r>
      <w:r>
        <w:t>, the symmetric part S=(M+M</w:t>
      </w:r>
      <w:r>
        <w:t>ᵀ</w:t>
      </w:r>
      <w:r>
        <w:t>)/2, and the skew-symmetric part K=(M-M</w:t>
      </w:r>
      <w:r>
        <w:t>ᵀ</w:t>
      </w:r>
      <w:r>
        <w:t>)/2. Verify M=S+K.</w:t>
      </w:r>
    </w:p>
    <w:p w14:paraId="29884DAE" w14:textId="77777777" w:rsidR="00101863" w:rsidRDefault="00BD075A">
      <w:pPr>
        <w:keepNext/>
        <w:keepLines/>
        <w:spacing w:before="40"/>
        <w:jc w:val="center"/>
      </w:pPr>
      <m:oMathPara>
        <m:oMath>
          <m:r>
            <m:rPr>
              <m:nor/>
            </m:rPr>
            <m:t>S = (M + M</m:t>
          </m:r>
          <m:r>
            <m:rPr>
              <m:nor/>
            </m:rPr>
            <m:t>ᵀ</m:t>
          </m:r>
          <m:r>
            <m:rPr>
              <m:nor/>
            </m:rPr>
            <m:t>)/2, K = (M - M</m:t>
          </m:r>
          <m:r>
            <m:rPr>
              <m:nor/>
            </m:rPr>
            <m:t>ᵀ</m:t>
          </m:r>
          <m:r>
            <m:rPr>
              <m:nor/>
            </m:rPr>
            <m:t>)/2, M = S + K</m:t>
          </m:r>
        </m:oMath>
      </m:oMathPara>
    </w:p>
    <w:p w14:paraId="6D18DFFA" w14:textId="77777777" w:rsidR="00101863" w:rsidRDefault="00BD075A">
      <w:pPr>
        <w:keepLines/>
        <w:spacing w:before="60" w:after="60"/>
      </w:pPr>
      <w:r>
        <w:t>Work / answer: ________________________________________________________________</w:t>
      </w:r>
    </w:p>
    <w:p w14:paraId="6E557CDE" w14:textId="77777777" w:rsidR="00101863" w:rsidRDefault="00BD075A">
      <w:pPr>
        <w:keepNext/>
        <w:keepLines/>
        <w:spacing w:before="140" w:after="40"/>
      </w:pPr>
      <w:r>
        <w:rPr>
          <w:b/>
        </w:rPr>
        <w:t>12. Images as arrays</w:t>
      </w:r>
      <w:r>
        <w:rPr>
          <w:i/>
          <w:sz w:val="18"/>
        </w:rPr>
        <w:t xml:space="preserve">  [5 marks | about 5 min]</w:t>
      </w:r>
    </w:p>
    <w:p w14:paraId="60A44503" w14:textId="77777777" w:rsidR="00101863" w:rsidRDefault="00BD075A">
      <w:pPr>
        <w:keepNext/>
        <w:keepLines/>
        <w:spacing w:after="40"/>
      </w:pPr>
      <w:r>
        <w:t>A color image array has shape (4,5,3) and dtype uint8. (a) How many pixels? (b) How many stored scalar values? (c) How many bytes? (d) What shape results after grayscale conversion? (e) If transposed with axes (1,0,2), what is the new shape?</w:t>
      </w:r>
    </w:p>
    <w:p w14:paraId="18F86161" w14:textId="77777777" w:rsidR="00101863" w:rsidRDefault="00BD075A">
      <w:pPr>
        <w:keepNext/>
        <w:keepLines/>
        <w:spacing w:before="40"/>
        <w:jc w:val="center"/>
      </w:pPr>
      <m:oMathPara>
        <m:oMath>
          <m:r>
            <m:rPr>
              <m:nor/>
            </m:rPr>
            <m:t>shape(I_RGB) = (H,W,C) = (4,5,3)</m:t>
          </m:r>
        </m:oMath>
      </m:oMathPara>
    </w:p>
    <w:p w14:paraId="0BBC7F30" w14:textId="77777777" w:rsidR="00101863" w:rsidRDefault="00BD075A">
      <w:pPr>
        <w:keepLines/>
        <w:spacing w:before="60" w:after="60"/>
      </w:pPr>
      <w:r>
        <w:t>Work / answer: ________________________________________________________________</w:t>
      </w:r>
    </w:p>
    <w:p w14:paraId="596809B6" w14:textId="77777777" w:rsidR="00101863" w:rsidRDefault="00BD075A">
      <w:pPr>
        <w:pStyle w:val="Heading2"/>
      </w:pPr>
      <w:r>
        <w:t>Section C. LN3-LN4: Homogeneous Points, Lines, and Cross Products</w:t>
      </w:r>
    </w:p>
    <w:p w14:paraId="07496A94" w14:textId="77777777" w:rsidR="00101863" w:rsidRDefault="00BD075A">
      <w:pPr>
        <w:keepNext/>
        <w:keepLines/>
        <w:spacing w:before="140" w:after="40"/>
      </w:pPr>
      <w:r>
        <w:rPr>
          <w:b/>
        </w:rPr>
        <w:t>13. Point cross point gives a line</w:t>
      </w:r>
      <w:r>
        <w:rPr>
          <w:i/>
          <w:sz w:val="18"/>
        </w:rPr>
        <w:t xml:space="preserve">  [6 marks | about 6 min]</w:t>
      </w:r>
    </w:p>
    <w:p w14:paraId="268A72FA" w14:textId="77777777" w:rsidR="00101863" w:rsidRDefault="00BD075A">
      <w:pPr>
        <w:keepNext/>
        <w:keepLines/>
        <w:spacing w:after="40"/>
      </w:pPr>
      <w:r>
        <w:t>Represent the Cartesian points P1=(1,1) and P2=(1,3) in homogeneous form. Compute l=P1 × P2, normalize l to a convenient equivalent form, write its Cartesian line equation, and verify both points lie on it using dot products.</w:t>
      </w:r>
    </w:p>
    <w:p w14:paraId="2869B80A" w14:textId="77777777" w:rsidR="00101863" w:rsidRDefault="00BD075A">
      <w:pPr>
        <w:keepNext/>
        <w:keepLines/>
        <w:spacing w:before="40"/>
        <w:jc w:val="center"/>
      </w:pPr>
      <m:oMathPara>
        <m:oMath>
          <m:r>
            <m:rPr>
              <m:nor/>
            </m:rPr>
            <m:t>p₁ = (1,1,1)</m:t>
          </m:r>
          <m:r>
            <m:rPr>
              <m:nor/>
            </m:rPr>
            <m:t>ᵀ</m:t>
          </m:r>
          <m:r>
            <m:rPr>
              <m:nor/>
            </m:rPr>
            <m:t>, p₂ = (1,3,1)</m:t>
          </m:r>
          <m:r>
            <m:rPr>
              <m:nor/>
            </m:rPr>
            <m:t>ᵀ</m:t>
          </m:r>
          <m:r>
            <m:rPr>
              <m:nor/>
            </m:rPr>
            <m:t>, l = p₁ × p₂</m:t>
          </m:r>
        </m:oMath>
      </m:oMathPara>
    </w:p>
    <w:p w14:paraId="7AC61B97" w14:textId="77777777" w:rsidR="00101863" w:rsidRDefault="00BD075A">
      <w:pPr>
        <w:keepLines/>
        <w:spacing w:before="60" w:after="60"/>
      </w:pPr>
      <w:r>
        <w:t>Work / answer: ________________________________________________________________</w:t>
      </w:r>
    </w:p>
    <w:p w14:paraId="1D1D6665" w14:textId="77777777" w:rsidR="00101863" w:rsidRDefault="00BD075A">
      <w:pPr>
        <w:keepNext/>
        <w:keepLines/>
        <w:spacing w:before="140" w:after="40"/>
      </w:pPr>
      <w:r>
        <w:rPr>
          <w:b/>
        </w:rPr>
        <w:t>14. Line through two diagonal points</w:t>
      </w:r>
      <w:r>
        <w:rPr>
          <w:i/>
          <w:sz w:val="18"/>
        </w:rPr>
        <w:t xml:space="preserve">  [6 marks | about 6 min]</w:t>
      </w:r>
    </w:p>
    <w:p w14:paraId="0BEDF1F5" w14:textId="77777777" w:rsidR="00101863" w:rsidRDefault="00BD075A">
      <w:pPr>
        <w:keepNext/>
        <w:keepLines/>
        <w:spacing w:after="40"/>
      </w:pPr>
      <w:r>
        <w:t>Let P1=(1,1) and P2=(2,2). Compute the homogeneous line P1 × P2. Write the equation ax+by+c=0 and verify incidence with both points.</w:t>
      </w:r>
    </w:p>
    <w:p w14:paraId="4267FF7F" w14:textId="77777777" w:rsidR="00101863" w:rsidRDefault="00BD075A">
      <w:pPr>
        <w:keepNext/>
        <w:keepLines/>
        <w:spacing w:before="40"/>
        <w:jc w:val="center"/>
      </w:pPr>
      <m:oMathPara>
        <m:oMath>
          <m:r>
            <m:rPr>
              <m:nor/>
            </m:rPr>
            <m:t>p₁ = (1,1,1)</m:t>
          </m:r>
          <m:r>
            <m:rPr>
              <m:nor/>
            </m:rPr>
            <m:t>ᵀ</m:t>
          </m:r>
          <m:r>
            <m:rPr>
              <m:nor/>
            </m:rPr>
            <m:t>, p₂ = (2,2,1)</m:t>
          </m:r>
          <m:r>
            <m:rPr>
              <m:nor/>
            </m:rPr>
            <m:t>ᵀ</m:t>
          </m:r>
          <m:r>
            <m:rPr>
              <m:nor/>
            </m:rPr>
            <m:t>, l = p₁ × p₂</m:t>
          </m:r>
        </m:oMath>
      </m:oMathPara>
    </w:p>
    <w:p w14:paraId="2AC18D85" w14:textId="77777777" w:rsidR="00101863" w:rsidRDefault="00BD075A">
      <w:pPr>
        <w:keepLines/>
        <w:spacing w:before="60" w:after="60"/>
      </w:pPr>
      <w:r>
        <w:t>Work / answer: ________________________________________________________________</w:t>
      </w:r>
    </w:p>
    <w:p w14:paraId="5E5EEDBF" w14:textId="77777777" w:rsidR="00101863" w:rsidRDefault="00BD075A">
      <w:pPr>
        <w:keepNext/>
        <w:keepLines/>
        <w:spacing w:before="140" w:after="40"/>
      </w:pPr>
      <w:r>
        <w:rPr>
          <w:b/>
        </w:rPr>
        <w:t>15. Line-point incidence test</w:t>
      </w:r>
      <w:r>
        <w:rPr>
          <w:i/>
          <w:sz w:val="18"/>
        </w:rPr>
        <w:t xml:space="preserve">  [5 marks | about 5 min]</w:t>
      </w:r>
    </w:p>
    <w:p w14:paraId="7AD3AEB2" w14:textId="77777777" w:rsidR="00101863" w:rsidRDefault="00BD075A">
      <w:pPr>
        <w:keepNext/>
        <w:keepLines/>
        <w:spacing w:after="40"/>
      </w:pPr>
      <w:r>
        <w:t>The homogeneous line l=(1,-1,0) represents x-y=0. Test P=(2,2,1) and Q=(2,3,1) using l dot P and l dot Q. State which point lies on the line and interpret the sign of the nonzero result.</w:t>
      </w:r>
    </w:p>
    <w:p w14:paraId="25E1DB9A" w14:textId="77777777" w:rsidR="00101863" w:rsidRDefault="00BD075A">
      <w:pPr>
        <w:keepNext/>
        <w:keepLines/>
        <w:spacing w:before="40"/>
        <w:jc w:val="center"/>
      </w:pPr>
      <m:oMathPara>
        <m:oMath>
          <m:r>
            <m:rPr>
              <m:nor/>
            </m:rPr>
            <m:t>l</m:t>
          </m:r>
          <m:r>
            <m:rPr>
              <m:nor/>
            </m:rPr>
            <m:t>ᵀ</m:t>
          </m:r>
          <m:r>
            <m:rPr>
              <m:nor/>
            </m:rPr>
            <m:t>p = ax + by + cw; p lies on l exactly when l</m:t>
          </m:r>
          <m:r>
            <m:rPr>
              <m:nor/>
            </m:rPr>
            <m:t>ᵀ</m:t>
          </m:r>
          <m:r>
            <m:rPr>
              <m:nor/>
            </m:rPr>
            <m:t>p = 0</m:t>
          </m:r>
        </m:oMath>
      </m:oMathPara>
    </w:p>
    <w:p w14:paraId="64B25D03" w14:textId="77777777" w:rsidR="00101863" w:rsidRDefault="00BD075A">
      <w:pPr>
        <w:keepLines/>
        <w:spacing w:before="60" w:after="60"/>
      </w:pPr>
      <w:r>
        <w:t>Work / answer: ________________________________________________________________</w:t>
      </w:r>
    </w:p>
    <w:p w14:paraId="29A73387" w14:textId="77777777" w:rsidR="00101863" w:rsidRDefault="00BD075A">
      <w:pPr>
        <w:keepNext/>
        <w:keepLines/>
        <w:spacing w:before="140" w:after="40"/>
      </w:pPr>
      <w:r>
        <w:rPr>
          <w:b/>
        </w:rPr>
        <w:lastRenderedPageBreak/>
        <w:t>16. Line cross line gives the intersection</w:t>
      </w:r>
      <w:r>
        <w:rPr>
          <w:i/>
          <w:sz w:val="18"/>
        </w:rPr>
        <w:t xml:space="preserve">  [6 marks | about 6 min]</w:t>
      </w:r>
    </w:p>
    <w:p w14:paraId="0E708A0D" w14:textId="77777777" w:rsidR="00101863" w:rsidRDefault="00BD075A">
      <w:pPr>
        <w:keepNext/>
        <w:keepLines/>
        <w:spacing w:after="40"/>
      </w:pPr>
      <w:r>
        <w:t>Let l1=(1,-1,0) and l2=(1,1,-4). Calculate p=l1 × l2, normalize it to w=1, and verify that the result lies on both lines.</w:t>
      </w:r>
    </w:p>
    <w:p w14:paraId="0E6CDD8E" w14:textId="77777777" w:rsidR="00101863" w:rsidRDefault="00BD075A">
      <w:pPr>
        <w:keepNext/>
        <w:keepLines/>
        <w:spacing w:before="40"/>
        <w:jc w:val="center"/>
      </w:pPr>
      <m:oMathPara>
        <m:oMath>
          <m:r>
            <m:rPr>
              <m:nor/>
            </m:rPr>
            <m:t>p = l₁ × l₂, l₁</m:t>
          </m:r>
          <m:r>
            <m:rPr>
              <m:nor/>
            </m:rPr>
            <m:t>ᵀ</m:t>
          </m:r>
          <m:r>
            <m:rPr>
              <m:nor/>
            </m:rPr>
            <m:t>p = 0, l₂</m:t>
          </m:r>
          <m:r>
            <m:rPr>
              <m:nor/>
            </m:rPr>
            <m:t>ᵀ</m:t>
          </m:r>
          <m:r>
            <m:rPr>
              <m:nor/>
            </m:rPr>
            <m:t>p = 0</m:t>
          </m:r>
        </m:oMath>
      </m:oMathPara>
    </w:p>
    <w:p w14:paraId="017C5958" w14:textId="77777777" w:rsidR="00101863" w:rsidRDefault="00BD075A">
      <w:pPr>
        <w:keepLines/>
        <w:spacing w:before="60" w:after="60"/>
      </w:pPr>
      <w:r>
        <w:t>Work / answer: ________________________________________________________________</w:t>
      </w:r>
    </w:p>
    <w:p w14:paraId="1A7C46C2" w14:textId="77777777" w:rsidR="00101863" w:rsidRDefault="00BD075A">
      <w:pPr>
        <w:keepNext/>
        <w:keepLines/>
        <w:spacing w:before="140" w:after="40"/>
      </w:pPr>
      <w:r>
        <w:rPr>
          <w:b/>
        </w:rPr>
        <w:t>17. Parallel lines and a point at infinity</w:t>
      </w:r>
      <w:r>
        <w:rPr>
          <w:i/>
          <w:sz w:val="18"/>
        </w:rPr>
        <w:t xml:space="preserve">  [7 marks | about 7 min]</w:t>
      </w:r>
    </w:p>
    <w:p w14:paraId="2CB34663" w14:textId="77777777" w:rsidR="00101863" w:rsidRDefault="00BD075A">
      <w:pPr>
        <w:keepNext/>
        <w:keepLines/>
        <w:spacing w:after="40"/>
      </w:pPr>
      <w:r>
        <w:t>Let l1=(1,-1,0), representing y=x, and l2=(1,-1,2), representing y=x+2. Compute p=l1 × l2. Can it be normalized to w=1? Explain the geometric meaning.</w:t>
      </w:r>
    </w:p>
    <w:p w14:paraId="74A014FF" w14:textId="77777777" w:rsidR="00101863" w:rsidRDefault="00BD075A">
      <w:pPr>
        <w:keepNext/>
        <w:keepLines/>
        <w:spacing w:before="40"/>
        <w:jc w:val="center"/>
      </w:pPr>
      <m:oMathPara>
        <m:oMath>
          <m:r>
            <m:rPr>
              <m:nor/>
            </m:rPr>
            <m:t>p = l₁ × l₂ = (x,y,0)</m:t>
          </m:r>
          <m:r>
            <m:rPr>
              <m:nor/>
            </m:rPr>
            <m:t>ᵀ</m:t>
          </m:r>
        </m:oMath>
      </m:oMathPara>
    </w:p>
    <w:p w14:paraId="3C5278B4" w14:textId="77777777" w:rsidR="00101863" w:rsidRDefault="00BD075A">
      <w:pPr>
        <w:keepLines/>
        <w:spacing w:before="60" w:after="60"/>
      </w:pPr>
      <w:r>
        <w:t>Work / answer: ________________________________________________________________</w:t>
      </w:r>
    </w:p>
    <w:p w14:paraId="42ED6F93" w14:textId="77777777" w:rsidR="00101863" w:rsidRDefault="00BD075A">
      <w:pPr>
        <w:keepNext/>
        <w:keepLines/>
        <w:spacing w:before="140" w:after="40"/>
      </w:pPr>
      <w:r>
        <w:rPr>
          <w:b/>
        </w:rPr>
        <w:t>18. Equivalent homogeneous points</w:t>
      </w:r>
      <w:r>
        <w:rPr>
          <w:i/>
          <w:sz w:val="18"/>
        </w:rPr>
        <w:t xml:space="preserve">  [5 marks | about 5 min]</w:t>
      </w:r>
    </w:p>
    <w:p w14:paraId="29DE409B" w14:textId="77777777" w:rsidR="00101863" w:rsidRDefault="00BD075A">
      <w:pPr>
        <w:keepNext/>
        <w:keepLines/>
        <w:spacing w:after="40"/>
      </w:pPr>
      <w:r>
        <w:t>Normalize A=(6,9,3), B=(-4,-6,-2), and C=(2,3,0) when possible. Which vectors represent the same Cartesian point? What does C represent?</w:t>
      </w:r>
    </w:p>
    <w:p w14:paraId="4E614ADB" w14:textId="77777777" w:rsidR="00101863" w:rsidRDefault="00BD075A">
      <w:pPr>
        <w:keepNext/>
        <w:keepLines/>
        <w:spacing w:before="40"/>
        <w:jc w:val="center"/>
      </w:pPr>
      <m:oMathPara>
        <m:oMath>
          <m:r>
            <m:rPr>
              <m:nor/>
            </m:rPr>
            <m:t>(x,y,w)</m:t>
          </m:r>
          <m:r>
            <m:rPr>
              <m:nor/>
            </m:rPr>
            <m:t>ᵀ</m:t>
          </m:r>
          <m:r>
            <m:rPr>
              <m:nor/>
            </m:rPr>
            <m:t xml:space="preserve"> ∼ (λx,λy,λw)</m:t>
          </m:r>
          <m:r>
            <m:rPr>
              <m:nor/>
            </m:rPr>
            <m:t>ᵀ</m:t>
          </m:r>
          <m:r>
            <m:rPr>
              <m:nor/>
            </m:rPr>
            <m:t>, λ ≠ 0</m:t>
          </m:r>
        </m:oMath>
      </m:oMathPara>
    </w:p>
    <w:p w14:paraId="05819784" w14:textId="77777777" w:rsidR="00101863" w:rsidRDefault="00BD075A">
      <w:pPr>
        <w:keepLines/>
        <w:spacing w:before="60" w:after="60"/>
      </w:pPr>
      <w:r>
        <w:t>Work / answer: ________________________________________________________________</w:t>
      </w:r>
    </w:p>
    <w:p w14:paraId="579E6244" w14:textId="77777777" w:rsidR="00101863" w:rsidRDefault="00BD075A">
      <w:pPr>
        <w:keepNext/>
        <w:keepLines/>
        <w:spacing w:before="140" w:after="40"/>
      </w:pPr>
      <w:r>
        <w:rPr>
          <w:b/>
        </w:rPr>
        <w:t>19. Why the cross product works</w:t>
      </w:r>
      <w:r>
        <w:rPr>
          <w:i/>
          <w:sz w:val="18"/>
        </w:rPr>
        <w:t xml:space="preserve">  [6 marks | about 6 min]</w:t>
      </w:r>
    </w:p>
    <w:p w14:paraId="722CB732" w14:textId="77777777" w:rsidR="00101863" w:rsidRDefault="00BD075A">
      <w:pPr>
        <w:keepNext/>
        <w:keepLines/>
        <w:spacing w:after="40"/>
      </w:pPr>
      <w:r>
        <w:t>For P1=(1,1,1), P2=(1,3,1), and l=P1 × P2, use the algebraic properties of the cross product to explain why l is the line through the two points. Distinguish the 3D vector interpretation from the 2D projective interpretation.</w:t>
      </w:r>
    </w:p>
    <w:p w14:paraId="387CF9F7" w14:textId="77777777" w:rsidR="00101863" w:rsidRDefault="00BD075A">
      <w:pPr>
        <w:keepNext/>
        <w:keepLines/>
        <w:spacing w:before="40"/>
        <w:jc w:val="center"/>
      </w:pPr>
      <m:oMathPara>
        <m:oMath>
          <m:r>
            <m:rPr>
              <m:nor/>
            </m:rPr>
            <m:t>l = p₁ × p₂ ⇒ l</m:t>
          </m:r>
          <m:r>
            <m:rPr>
              <m:nor/>
            </m:rPr>
            <m:t>ᵀ</m:t>
          </m:r>
          <m:r>
            <m:rPr>
              <m:nor/>
            </m:rPr>
            <m:t>p₁ = l</m:t>
          </m:r>
          <m:r>
            <m:rPr>
              <m:nor/>
            </m:rPr>
            <m:t>ᵀ</m:t>
          </m:r>
          <m:r>
            <m:rPr>
              <m:nor/>
            </m:rPr>
            <m:t>p₂ = 0</m:t>
          </m:r>
        </m:oMath>
      </m:oMathPara>
    </w:p>
    <w:p w14:paraId="2D8E5BDD" w14:textId="77777777" w:rsidR="00101863" w:rsidRDefault="00BD075A">
      <w:pPr>
        <w:keepLines/>
        <w:spacing w:before="60" w:after="60"/>
      </w:pPr>
      <w:r>
        <w:t>Work / answer: ________________________________________________________________</w:t>
      </w:r>
    </w:p>
    <w:p w14:paraId="4966ECAD" w14:textId="77777777" w:rsidR="00101863" w:rsidRDefault="00BD075A">
      <w:pPr>
        <w:keepNext/>
        <w:keepLines/>
        <w:spacing w:before="140" w:after="40"/>
      </w:pPr>
      <w:r>
        <w:rPr>
          <w:b/>
        </w:rPr>
        <w:t>20. Planes behind homogeneous line vectors</w:t>
      </w:r>
      <w:r>
        <w:rPr>
          <w:i/>
          <w:sz w:val="18"/>
        </w:rPr>
        <w:t xml:space="preserve">  [7 marks | about 7 min]</w:t>
      </w:r>
    </w:p>
    <w:p w14:paraId="0C9275F4" w14:textId="77777777" w:rsidR="00101863" w:rsidRDefault="00BD075A">
      <w:pPr>
        <w:keepNext/>
        <w:keepLines/>
        <w:spacing w:after="40"/>
      </w:pPr>
      <w:r>
        <w:t>Treat l1=(1,-1,0) and l2=(1,1,-4) as normals of the 3D planes X-Y=0 and X+Y-4W=0. Find the direction of the planes' intersection. Give two points on that 3D intersection line and explain how the point (2,2) appears in the W=1 slice.</w:t>
      </w:r>
    </w:p>
    <w:p w14:paraId="69C3C198" w14:textId="77777777" w:rsidR="00101863" w:rsidRDefault="00BD075A">
      <w:pPr>
        <w:keepNext/>
        <w:keepLines/>
        <w:spacing w:before="40"/>
        <w:jc w:val="center"/>
      </w:pPr>
      <m:oMathPara>
        <m:oMath>
          <m:r>
            <m:rPr>
              <m:nor/>
            </m:rPr>
            <m:t>Π₁: X - Y = 0, Π₂: X + Y - 4W = 0, d = l₁ × l₂</m:t>
          </m:r>
        </m:oMath>
      </m:oMathPara>
    </w:p>
    <w:p w14:paraId="15E6C7A7" w14:textId="77777777" w:rsidR="00101863" w:rsidRDefault="00BD075A">
      <w:pPr>
        <w:keepLines/>
        <w:spacing w:before="60" w:after="60"/>
      </w:pPr>
      <w:r>
        <w:t>Work / answer: ________________________________________________________________</w:t>
      </w:r>
    </w:p>
    <w:p w14:paraId="51860691" w14:textId="77777777" w:rsidR="00101863" w:rsidRDefault="00BD075A">
      <w:pPr>
        <w:pStyle w:val="Heading2"/>
      </w:pPr>
      <w:r>
        <w:t>Section D. LN3-LN4: Transformations and Camera Models</w:t>
      </w:r>
    </w:p>
    <w:p w14:paraId="1DB6CBA9" w14:textId="77777777" w:rsidR="00101863" w:rsidRDefault="00BD075A">
      <w:pPr>
        <w:keepNext/>
        <w:keepLines/>
        <w:spacing w:before="140" w:after="40"/>
      </w:pPr>
      <w:r>
        <w:rPr>
          <w:b/>
        </w:rPr>
        <w:t>21. Scaling and rotation</w:t>
      </w:r>
      <w:r>
        <w:rPr>
          <w:i/>
          <w:sz w:val="18"/>
        </w:rPr>
        <w:t xml:space="preserve">  [5 marks | about 5 min]</w:t>
      </w:r>
    </w:p>
    <w:p w14:paraId="08AFC3DA" w14:textId="77777777" w:rsidR="00101863" w:rsidRDefault="00BD075A">
      <w:pPr>
        <w:keepNext/>
        <w:keepLines/>
        <w:spacing w:after="40"/>
      </w:pPr>
      <w:r>
        <w:t>Point P=(2,3) is first scaled by sx=2, sy=3. Separately, point Q=(1,0) is rotated 90 degrees counterclockwise. Write both matrices and compute the two output points.</w:t>
      </w:r>
    </w:p>
    <w:p w14:paraId="59F9312D" w14:textId="77777777" w:rsidR="00101863" w:rsidRDefault="00BD075A">
      <w:pPr>
        <w:keepNext/>
        <w:keepLines/>
        <w:spacing w:before="40"/>
        <w:jc w:val="center"/>
      </w:pPr>
      <m:oMathPara>
        <m:oMath>
          <m:r>
            <m:rPr>
              <m:nor/>
            </m:rPr>
            <m:t>p' = Sp, q' = R₉₀q</m:t>
          </m:r>
        </m:oMath>
      </m:oMathPara>
    </w:p>
    <w:p w14:paraId="47E060EA" w14:textId="77777777" w:rsidR="00101863" w:rsidRDefault="00BD075A">
      <w:pPr>
        <w:keepLines/>
        <w:spacing w:before="60" w:after="60"/>
      </w:pPr>
      <w:r>
        <w:t>Work / answer: ________________________________________________________________</w:t>
      </w:r>
    </w:p>
    <w:p w14:paraId="05F2DB7C" w14:textId="77777777" w:rsidR="00101863" w:rsidRDefault="00BD075A">
      <w:pPr>
        <w:keepNext/>
        <w:keepLines/>
        <w:spacing w:before="140" w:after="40"/>
      </w:pPr>
      <w:r>
        <w:rPr>
          <w:b/>
        </w:rPr>
        <w:t>22. Homogeneous translation</w:t>
      </w:r>
      <w:r>
        <w:rPr>
          <w:i/>
          <w:sz w:val="18"/>
        </w:rPr>
        <w:t xml:space="preserve">  [5 marks | about 5 min]</w:t>
      </w:r>
    </w:p>
    <w:p w14:paraId="50DADBCB" w14:textId="77777777" w:rsidR="00101863" w:rsidRDefault="00BD075A">
      <w:pPr>
        <w:keepNext/>
        <w:keepLines/>
        <w:spacing w:after="40"/>
      </w:pPr>
      <w:r>
        <w:t>Translate P=(2,3) by t=(5,-1) using a 3 × 3 homogeneous matrix. Show the matrix multiplication. Also show why no ordinary 2 × 2 matrix can translate the origin to (5,-1).</w:t>
      </w:r>
    </w:p>
    <w:p w14:paraId="772ED9FA" w14:textId="77777777" w:rsidR="00101863" w:rsidRDefault="00BD075A">
      <w:pPr>
        <w:keepNext/>
        <w:keepLines/>
        <w:spacing w:before="40"/>
        <w:jc w:val="center"/>
      </w:pPr>
      <m:oMathPara>
        <m:oMath>
          <m:r>
            <m:rPr>
              <m:nor/>
            </m:rPr>
            <m:t>p'ₕ = Tpₕ</m:t>
          </m:r>
        </m:oMath>
      </m:oMathPara>
    </w:p>
    <w:p w14:paraId="5B6D46DA" w14:textId="77777777" w:rsidR="00101863" w:rsidRDefault="00BD075A">
      <w:pPr>
        <w:keepLines/>
        <w:spacing w:before="60" w:after="60"/>
      </w:pPr>
      <w:r>
        <w:t>Work / answer: ________________________________________________________________</w:t>
      </w:r>
    </w:p>
    <w:p w14:paraId="0A43FCEE" w14:textId="77777777" w:rsidR="00101863" w:rsidRDefault="00BD075A">
      <w:pPr>
        <w:keepNext/>
        <w:keepLines/>
        <w:spacing w:before="140" w:after="40"/>
      </w:pPr>
      <w:r>
        <w:rPr>
          <w:b/>
        </w:rPr>
        <w:t>23. Transformation order</w:t>
      </w:r>
      <w:r>
        <w:rPr>
          <w:i/>
          <w:sz w:val="18"/>
        </w:rPr>
        <w:t xml:space="preserve">  [7 marks | about 7 min]</w:t>
      </w:r>
    </w:p>
    <w:p w14:paraId="6D4AE0DE" w14:textId="77777777" w:rsidR="00101863" w:rsidRDefault="00BD075A">
      <w:pPr>
        <w:keepNext/>
        <w:keepLines/>
        <w:spacing w:after="40"/>
      </w:pPr>
      <w:r>
        <w:t>Let P=(1,1,1)</w:t>
      </w:r>
      <w:r>
        <w:t>ᵀ</w:t>
      </w:r>
      <w:r>
        <w:t>, S=diag(2,2,1), and T=[[1,0,3],[0,1,0],[0,0,1]]. Compute (a) TSP and (b) STP. Explain why the answers differ.</w:t>
      </w:r>
    </w:p>
    <w:p w14:paraId="6CA19D81" w14:textId="77777777" w:rsidR="00101863" w:rsidRDefault="00BD075A">
      <w:pPr>
        <w:keepNext/>
        <w:keepLines/>
        <w:spacing w:before="40"/>
        <w:jc w:val="center"/>
      </w:pPr>
      <m:oMathPara>
        <m:oMath>
          <m:r>
            <m:rPr>
              <m:nor/>
            </m:rPr>
            <m:t>p₁ = TSp, p₂ = STp, TS ≠ ST</m:t>
          </m:r>
        </m:oMath>
      </m:oMathPara>
    </w:p>
    <w:p w14:paraId="0F245D9F" w14:textId="77777777" w:rsidR="00101863" w:rsidRDefault="00BD075A">
      <w:pPr>
        <w:keepLines/>
        <w:spacing w:before="60" w:after="60"/>
      </w:pPr>
      <w:r>
        <w:t>Work / answer: ________________________________________________________________</w:t>
      </w:r>
    </w:p>
    <w:p w14:paraId="012844B4" w14:textId="77777777" w:rsidR="00101863" w:rsidRDefault="00BD075A">
      <w:pPr>
        <w:keepNext/>
        <w:keepLines/>
        <w:spacing w:before="140" w:after="40"/>
      </w:pPr>
      <w:r>
        <w:rPr>
          <w:b/>
        </w:rPr>
        <w:lastRenderedPageBreak/>
        <w:t>24. Affine transformation of a triangle</w:t>
      </w:r>
      <w:r>
        <w:rPr>
          <w:i/>
          <w:sz w:val="18"/>
        </w:rPr>
        <w:t xml:space="preserve">  [7 marks | about 7 min]</w:t>
      </w:r>
    </w:p>
    <w:p w14:paraId="00E059C1" w14:textId="77777777" w:rsidR="00101863" w:rsidRDefault="00BD075A">
      <w:pPr>
        <w:keepNext/>
        <w:keepLines/>
        <w:spacing w:after="40"/>
      </w:pPr>
      <w:r>
        <w:t>Use x'=2x+y+1 and y'=-x+y+2. (a) Write the 3 × 3 homogeneous affine matrix. (b) Transform triangle vertices A=(0,0), B=(2,0), C=(0,1). (c) Transform the direction vectors AB and AC and verify the results from the transformed points.</w:t>
      </w:r>
    </w:p>
    <w:p w14:paraId="39DFE29C" w14:textId="77777777" w:rsidR="00101863" w:rsidRDefault="00BD075A">
      <w:pPr>
        <w:keepNext/>
        <w:keepLines/>
        <w:spacing w:before="40"/>
        <w:jc w:val="center"/>
      </w:pPr>
      <m:oMathPara>
        <m:oMath>
          <m:r>
            <m:rPr>
              <m:nor/>
            </m:rPr>
            <m:t>x' = 2x + y + 1, y' = -x + y + 2</m:t>
          </m:r>
        </m:oMath>
      </m:oMathPara>
    </w:p>
    <w:p w14:paraId="5D054110" w14:textId="77777777" w:rsidR="00101863" w:rsidRDefault="00BD075A">
      <w:pPr>
        <w:keepLines/>
        <w:spacing w:before="60" w:after="60"/>
      </w:pPr>
      <w:r>
        <w:t>Work / answer: ________________________________________________________________</w:t>
      </w:r>
    </w:p>
    <w:p w14:paraId="2D9DF1DC" w14:textId="77777777" w:rsidR="00101863" w:rsidRDefault="00BD075A">
      <w:pPr>
        <w:keepNext/>
        <w:keepLines/>
        <w:spacing w:before="140" w:after="40"/>
      </w:pPr>
      <w:r>
        <w:rPr>
          <w:b/>
        </w:rPr>
        <w:t>25. Recover a simple affine map</w:t>
      </w:r>
      <w:r>
        <w:rPr>
          <w:i/>
          <w:sz w:val="18"/>
        </w:rPr>
        <w:t xml:space="preserve">  [8 marks | about 8 min]</w:t>
      </w:r>
    </w:p>
    <w:p w14:paraId="1F543FBE" w14:textId="77777777" w:rsidR="00101863" w:rsidRDefault="00BD075A">
      <w:pPr>
        <w:keepNext/>
        <w:keepLines/>
        <w:spacing w:after="40"/>
      </w:pPr>
      <w:r>
        <w:t>An affine map has x'=ax+by+tx and y'=cx+dy+ty. It maps (0,0)→(1,2), (1,0)→(3,1), and (0,1)→(2,4). Solve for a,b,c,d,tx,ty and write the homogeneous matrix.</w:t>
      </w:r>
    </w:p>
    <w:p w14:paraId="7E1E260D" w14:textId="77777777" w:rsidR="00101863" w:rsidRDefault="00BD075A">
      <w:pPr>
        <w:keepNext/>
        <w:keepLines/>
        <w:spacing w:before="40"/>
        <w:jc w:val="center"/>
      </w:pPr>
      <m:oMathPara>
        <m:oMath>
          <m:r>
            <m:rPr>
              <m:nor/>
            </m:rPr>
            <m:t>x' = ax + by + tₓ, y' = cx + dy + t</m:t>
          </m:r>
          <m:r>
            <m:rPr>
              <m:nor/>
            </m:rPr>
            <m:t>ᵧ</m:t>
          </m:r>
        </m:oMath>
      </m:oMathPara>
    </w:p>
    <w:p w14:paraId="65A6AC3E" w14:textId="77777777" w:rsidR="00101863" w:rsidRDefault="00BD075A">
      <w:pPr>
        <w:keepLines/>
        <w:spacing w:before="60" w:after="60"/>
      </w:pPr>
      <w:r>
        <w:t>Work / answer: ________________________________________________________________</w:t>
      </w:r>
    </w:p>
    <w:p w14:paraId="462AB98A" w14:textId="77777777" w:rsidR="00101863" w:rsidRDefault="00BD075A">
      <w:pPr>
        <w:keepNext/>
        <w:keepLines/>
        <w:spacing w:before="140" w:after="40"/>
      </w:pPr>
      <w:r>
        <w:rPr>
          <w:b/>
        </w:rPr>
        <w:t>26. Perspective transform and homogeneous division</w:t>
      </w:r>
      <w:r>
        <w:rPr>
          <w:i/>
          <w:sz w:val="18"/>
        </w:rPr>
        <w:t xml:space="preserve">  [6 marks | about 6 min]</w:t>
      </w:r>
    </w:p>
    <w:p w14:paraId="701CB600" w14:textId="77777777" w:rsidR="00101863" w:rsidRDefault="00BD075A">
      <w:pPr>
        <w:keepNext/>
        <w:keepLines/>
        <w:spacing w:after="40"/>
      </w:pPr>
      <w:r>
        <w:t>Given H=[[2,0,0],[0,2,0],[0.5,0,1]], transform P=(2,1). Show the homogeneous result before division and the Cartesian result. Then transform Q=(0,1).</w:t>
      </w:r>
    </w:p>
    <w:p w14:paraId="187F1A29" w14:textId="77777777" w:rsidR="00101863" w:rsidRDefault="00BD075A">
      <w:pPr>
        <w:keepNext/>
        <w:keepLines/>
        <w:spacing w:before="40"/>
        <w:jc w:val="center"/>
      </w:pPr>
      <m:oMathPara>
        <m:oMath>
          <m:r>
            <m:rPr>
              <m:nor/>
            </m:rPr>
            <m:t>p'ₕ = Hpₕ, (x',y') = (p'₁/p'₃, p'₂/p'₃)</m:t>
          </m:r>
        </m:oMath>
      </m:oMathPara>
    </w:p>
    <w:p w14:paraId="5F1B499F" w14:textId="77777777" w:rsidR="00101863" w:rsidRDefault="00BD075A">
      <w:pPr>
        <w:keepLines/>
        <w:spacing w:before="60" w:after="60"/>
      </w:pPr>
      <w:r>
        <w:t>Work / answer: ________________________________________________________________</w:t>
      </w:r>
    </w:p>
    <w:p w14:paraId="34E4317A" w14:textId="77777777" w:rsidR="00101863" w:rsidRDefault="00BD075A">
      <w:pPr>
        <w:keepNext/>
        <w:keepLines/>
        <w:spacing w:before="140" w:after="40"/>
      </w:pPr>
      <w:r>
        <w:rPr>
          <w:b/>
        </w:rPr>
        <w:t>27. Pinhole projection</w:t>
      </w:r>
      <w:r>
        <w:rPr>
          <w:i/>
          <w:sz w:val="18"/>
        </w:rPr>
        <w:t xml:space="preserve">  [6 marks | about 6 min]</w:t>
      </w:r>
    </w:p>
    <w:p w14:paraId="314AF18F" w14:textId="77777777" w:rsidR="00101863" w:rsidRDefault="00BD075A">
      <w:pPr>
        <w:keepNext/>
        <w:keepLines/>
        <w:spacing w:after="40"/>
      </w:pPr>
      <w:r>
        <w:t>Using x=fX/Z and y=fY/Z with f=2, project P1=(10,6,4) and P2=(25,15,10). Why do they map to the same image point?</w:t>
      </w:r>
    </w:p>
    <w:p w14:paraId="2321C56E" w14:textId="77777777" w:rsidR="00101863" w:rsidRDefault="00BD075A">
      <w:pPr>
        <w:keepNext/>
        <w:keepLines/>
        <w:spacing w:before="40"/>
        <w:jc w:val="center"/>
      </w:pPr>
      <m:oMathPara>
        <m:oMath>
          <m:r>
            <m:rPr>
              <m:nor/>
            </m:rPr>
            <m:t>x = fX/Z, y = fY/Z</m:t>
          </m:r>
        </m:oMath>
      </m:oMathPara>
    </w:p>
    <w:p w14:paraId="619FD591" w14:textId="77777777" w:rsidR="00101863" w:rsidRDefault="00BD075A">
      <w:pPr>
        <w:keepLines/>
        <w:spacing w:before="60" w:after="60"/>
      </w:pPr>
      <w:r>
        <w:t>Work / answer: ________________________________________________________________</w:t>
      </w:r>
    </w:p>
    <w:p w14:paraId="4BD0F5E4" w14:textId="77777777" w:rsidR="00101863" w:rsidRDefault="00BD075A">
      <w:pPr>
        <w:keepNext/>
        <w:keepLines/>
        <w:spacing w:before="140" w:after="40"/>
      </w:pPr>
      <w:r>
        <w:rPr>
          <w:b/>
        </w:rPr>
        <w:t>28. Projection matrix with camera intrinsics</w:t>
      </w:r>
      <w:r>
        <w:rPr>
          <w:i/>
          <w:sz w:val="18"/>
        </w:rPr>
        <w:t xml:space="preserve">  [7 marks | about 7 min]</w:t>
      </w:r>
    </w:p>
    <w:p w14:paraId="2A75F9FB" w14:textId="77777777" w:rsidR="00101863" w:rsidRDefault="00BD075A">
      <w:pPr>
        <w:keepNext/>
        <w:keepLines/>
        <w:spacing w:after="40"/>
      </w:pPr>
      <w:r>
        <w:t>Let f=800, cx=320, cy=240 and P=[[800,0,320,0],[0,800,240,0],[0,0,1,0]]. Project Xh=(1.5,0.5,5,1)</w:t>
      </w:r>
      <w:r>
        <w:t>ᵀ</w:t>
      </w:r>
      <w:r>
        <w:t>. Report the homogeneous image vector and the final pixel coordinate.</w:t>
      </w:r>
    </w:p>
    <w:p w14:paraId="0B03D6F9" w14:textId="77777777" w:rsidR="00101863" w:rsidRDefault="00BD075A">
      <w:pPr>
        <w:keepNext/>
        <w:keepLines/>
        <w:spacing w:before="40"/>
        <w:jc w:val="center"/>
      </w:pPr>
      <m:oMathPara>
        <m:oMath>
          <m:r>
            <m:rPr>
              <m:nor/>
            </m:rPr>
            <m:t>xₕ = PXₕ, (u,v) = (xₕ₁/xₕ₃, xₕ₂/xₕ₃)</m:t>
          </m:r>
        </m:oMath>
      </m:oMathPara>
    </w:p>
    <w:p w14:paraId="2D5AB832" w14:textId="77777777" w:rsidR="00101863" w:rsidRDefault="00BD075A">
      <w:pPr>
        <w:keepLines/>
        <w:spacing w:before="60" w:after="60"/>
      </w:pPr>
      <w:r>
        <w:t>Work / answer: ________________________________________________________________</w:t>
      </w:r>
    </w:p>
    <w:p w14:paraId="0C591050" w14:textId="77777777" w:rsidR="00101863" w:rsidRDefault="00BD075A">
      <w:pPr>
        <w:keepNext/>
        <w:keepLines/>
        <w:spacing w:before="140" w:after="40"/>
      </w:pPr>
      <w:r>
        <w:rPr>
          <w:b/>
        </w:rPr>
        <w:t>29. Depth and magnification</w:t>
      </w:r>
      <w:r>
        <w:rPr>
          <w:i/>
          <w:sz w:val="18"/>
        </w:rPr>
        <w:t xml:space="preserve">  [6 marks | about 6 min]</w:t>
      </w:r>
    </w:p>
    <w:p w14:paraId="4FD37EBD" w14:textId="77777777" w:rsidR="00101863" w:rsidRDefault="00BD075A">
      <w:pPr>
        <w:keepNext/>
        <w:keepLines/>
        <w:spacing w:after="40"/>
      </w:pPr>
      <w:r>
        <w:t>A front-facing square has world width 2 units. With focal length f=800 pixels, calculate its projected width when Z=4 and when Z=8. Find the width ratio and state the depth rule.</w:t>
      </w:r>
    </w:p>
    <w:p w14:paraId="7FB202E8" w14:textId="77777777" w:rsidR="00101863" w:rsidRDefault="00BD075A">
      <w:pPr>
        <w:keepNext/>
        <w:keepLines/>
        <w:spacing w:before="40"/>
        <w:jc w:val="center"/>
      </w:pPr>
      <m:oMathPara>
        <m:oMath>
          <m:r>
            <m:rPr>
              <m:nor/>
            </m:rPr>
            <m:t>projected width = fW/Z</m:t>
          </m:r>
        </m:oMath>
      </m:oMathPara>
    </w:p>
    <w:p w14:paraId="6B266DD9" w14:textId="77777777" w:rsidR="00101863" w:rsidRDefault="00BD075A">
      <w:pPr>
        <w:keepLines/>
        <w:spacing w:before="60" w:after="60"/>
      </w:pPr>
      <w:r>
        <w:t>Work / answer: ________________________________________________________________</w:t>
      </w:r>
    </w:p>
    <w:p w14:paraId="3C510981" w14:textId="77777777" w:rsidR="00101863" w:rsidRDefault="00BD075A">
      <w:pPr>
        <w:keepNext/>
        <w:keepLines/>
        <w:spacing w:before="140" w:after="40"/>
      </w:pPr>
      <w:r>
        <w:rPr>
          <w:b/>
        </w:rPr>
        <w:t>30. Extrinsic translation before projection</w:t>
      </w:r>
      <w:r>
        <w:rPr>
          <w:i/>
          <w:sz w:val="18"/>
        </w:rPr>
        <w:t xml:space="preserve">  [7 marks | about 7 min]</w:t>
      </w:r>
    </w:p>
    <w:p w14:paraId="0BE67475" w14:textId="77777777" w:rsidR="00101863" w:rsidRDefault="00BD075A">
      <w:pPr>
        <w:keepNext/>
        <w:keepLines/>
        <w:spacing w:after="40"/>
      </w:pPr>
      <w:r>
        <w:t>A world point is Xw=(1,2,3)</w:t>
      </w:r>
      <w:r>
        <w:t>ᵀ</w:t>
      </w:r>
      <w:r>
        <w:t>. The camera has R=I and t=(0,0,2)</w:t>
      </w:r>
      <w:r>
        <w:t>ᵀ</w:t>
      </w:r>
      <w:r>
        <w:t>, so Xc=RXw+t. With f=100, cx=50, cy=40, compute Xc and the pixel coordinate. Then repeat for t=(0,0,7)</w:t>
      </w:r>
      <w:r>
        <w:t>ᵀ</w:t>
      </w:r>
      <w:r>
        <w:t>.</w:t>
      </w:r>
    </w:p>
    <w:p w14:paraId="230E50C5" w14:textId="77777777" w:rsidR="00101863" w:rsidRDefault="00BD075A">
      <w:pPr>
        <w:keepNext/>
        <w:keepLines/>
        <w:spacing w:before="40"/>
        <w:jc w:val="center"/>
      </w:pPr>
      <m:oMathPara>
        <m:oMath>
          <m:r>
            <m:rPr>
              <m:nor/>
            </m:rPr>
            <m:t>X_c = RX_w + t, u = fX_c/Z_c + cₓ, v = fY_c/Z_c + c</m:t>
          </m:r>
          <m:r>
            <m:rPr>
              <m:nor/>
            </m:rPr>
            <m:t>ᵧ</m:t>
          </m:r>
        </m:oMath>
      </m:oMathPara>
    </w:p>
    <w:p w14:paraId="773D6C1B" w14:textId="77777777" w:rsidR="00101863" w:rsidRDefault="00BD075A">
      <w:pPr>
        <w:keepLines/>
        <w:spacing w:before="60" w:after="60"/>
      </w:pPr>
      <w:r>
        <w:t>Work / answer: ________________________________________________________________</w:t>
      </w:r>
    </w:p>
    <w:p w14:paraId="0A694026" w14:textId="77777777" w:rsidR="00101863" w:rsidRDefault="00BD075A">
      <w:pPr>
        <w:pStyle w:val="Heading2"/>
      </w:pPr>
      <w:r>
        <w:t>Section E. LN5: Point Operations, Filtering, and Edges</w:t>
      </w:r>
    </w:p>
    <w:p w14:paraId="02CE9A7F" w14:textId="77777777" w:rsidR="00101863" w:rsidRDefault="00BD075A">
      <w:pPr>
        <w:keepNext/>
        <w:keepLines/>
        <w:spacing w:before="140" w:after="40"/>
      </w:pPr>
      <w:r>
        <w:rPr>
          <w:b/>
        </w:rPr>
        <w:t>31. Brightness, contrast, and clipping on a 4 x 4 image</w:t>
      </w:r>
      <w:r>
        <w:rPr>
          <w:i/>
          <w:sz w:val="18"/>
        </w:rPr>
        <w:t xml:space="preserve">  [6 marks | about 6 min]</w:t>
      </w:r>
    </w:p>
    <w:p w14:paraId="4B099F73" w14:textId="77777777" w:rsidR="00101863" w:rsidRDefault="00BD075A">
      <w:pPr>
        <w:keepNext/>
        <w:keepLines/>
        <w:spacing w:after="40"/>
      </w:pPr>
      <w:r>
        <w:t>For the uint8 image I below, calculate J=clip(1.5I+20,0,255). Round only if needed. Identify every pixel that clips to 255.</w:t>
      </w:r>
    </w:p>
    <w:p w14:paraId="4B36EA27" w14:textId="77777777" w:rsidR="00101863" w:rsidRDefault="00BD075A">
      <w:pPr>
        <w:keepNext/>
        <w:keepLines/>
        <w:spacing w:before="40"/>
        <w:jc w:val="center"/>
      </w:pPr>
      <m:oMathPara>
        <m:oMath>
          <m:r>
            <m:rPr>
              <m:nor/>
            </m:rPr>
            <m:t>J(i,j) = clip(1.5I(i,j) + 20, 0, 255)</m:t>
          </m:r>
        </m:oMath>
      </m:oMathPara>
    </w:p>
    <w:p w14:paraId="14C1AFD0" w14:textId="77777777" w:rsidR="00101863" w:rsidRDefault="00BD075A">
      <w:pPr>
        <w:keepNext/>
        <w:keepLines/>
        <w:spacing w:after="20"/>
        <w:ind w:left="504"/>
      </w:pPr>
      <w:r>
        <w:t>I =</w:t>
      </w:r>
    </w:p>
    <w:p w14:paraId="658289A4"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0</m:t>
                    </m:r>
                  </m:e>
                  <m:e>
                    <m:r>
                      <w:rPr>
                        <w:rFonts w:ascii="Cambria Math" w:hAnsi="Cambria Math"/>
                      </w:rPr>
                      <m:t>20</m:t>
                    </m:r>
                  </m:e>
                  <m:e>
                    <m:r>
                      <w:rPr>
                        <w:rFonts w:ascii="Cambria Math" w:hAnsi="Cambria Math"/>
                      </w:rPr>
                      <m:t>80</m:t>
                    </m:r>
                  </m:e>
                  <m:e>
                    <m:r>
                      <w:rPr>
                        <w:rFonts w:ascii="Cambria Math" w:hAnsi="Cambria Math"/>
                      </w:rPr>
                      <m:t>160</m:t>
                    </m:r>
                  </m:e>
                </m:mr>
                <m:mr>
                  <m:e>
                    <m:r>
                      <w:rPr>
                        <w:rFonts w:ascii="Cambria Math" w:hAnsi="Cambria Math"/>
                      </w:rPr>
                      <m:t>30</m:t>
                    </m:r>
                  </m:e>
                  <m:e>
                    <m:r>
                      <w:rPr>
                        <w:rFonts w:ascii="Cambria Math" w:hAnsi="Cambria Math"/>
                      </w:rPr>
                      <m:t>60</m:t>
                    </m:r>
                  </m:e>
                  <m:e>
                    <m:r>
                      <w:rPr>
                        <w:rFonts w:ascii="Cambria Math" w:hAnsi="Cambria Math"/>
                      </w:rPr>
                      <m:t>120</m:t>
                    </m:r>
                  </m:e>
                  <m:e>
                    <m:r>
                      <w:rPr>
                        <w:rFonts w:ascii="Cambria Math" w:hAnsi="Cambria Math"/>
                      </w:rPr>
                      <m:t>180</m:t>
                    </m:r>
                  </m:e>
                </m:mr>
                <m:mr>
                  <m:e>
                    <m:r>
                      <w:rPr>
                        <w:rFonts w:ascii="Cambria Math" w:hAnsi="Cambria Math"/>
                      </w:rPr>
                      <m:t>50</m:t>
                    </m:r>
                  </m:e>
                  <m:e>
                    <m:r>
                      <w:rPr>
                        <w:rFonts w:ascii="Cambria Math" w:hAnsi="Cambria Math"/>
                      </w:rPr>
                      <m:t>100</m:t>
                    </m:r>
                  </m:e>
                  <m:e>
                    <m:r>
                      <w:rPr>
                        <w:rFonts w:ascii="Cambria Math" w:hAnsi="Cambria Math"/>
                      </w:rPr>
                      <m:t>150</m:t>
                    </m:r>
                  </m:e>
                  <m:e>
                    <m:r>
                      <w:rPr>
                        <w:rFonts w:ascii="Cambria Math" w:hAnsi="Cambria Math"/>
                      </w:rPr>
                      <m:t>200</m:t>
                    </m:r>
                  </m:e>
                </m:mr>
                <m:mr>
                  <m:e>
                    <m:r>
                      <w:rPr>
                        <w:rFonts w:ascii="Cambria Math" w:hAnsi="Cambria Math"/>
                      </w:rPr>
                      <m:t>70</m:t>
                    </m:r>
                  </m:e>
                  <m:e>
                    <m:r>
                      <w:rPr>
                        <w:rFonts w:ascii="Cambria Math" w:hAnsi="Cambria Math"/>
                      </w:rPr>
                      <m:t>140</m:t>
                    </m:r>
                  </m:e>
                  <m:e>
                    <m:r>
                      <w:rPr>
                        <w:rFonts w:ascii="Cambria Math" w:hAnsi="Cambria Math"/>
                      </w:rPr>
                      <m:t>190</m:t>
                    </m:r>
                  </m:e>
                  <m:e>
                    <m:r>
                      <w:rPr>
                        <w:rFonts w:ascii="Cambria Math" w:hAnsi="Cambria Math"/>
                      </w:rPr>
                      <m:t>255</m:t>
                    </m:r>
                  </m:e>
                </m:mr>
              </m:m>
            </m:e>
          </m:d>
        </m:oMath>
      </m:oMathPara>
    </w:p>
    <w:p w14:paraId="06DC7551" w14:textId="77777777" w:rsidR="00101863" w:rsidRDefault="00BD075A">
      <w:pPr>
        <w:keepLines/>
        <w:spacing w:before="60" w:after="60"/>
      </w:pPr>
      <w:r>
        <w:t>Work / answer: ________________________________________________________________</w:t>
      </w:r>
    </w:p>
    <w:p w14:paraId="528D63D0" w14:textId="77777777" w:rsidR="00101863" w:rsidRDefault="00BD075A">
      <w:pPr>
        <w:keepNext/>
        <w:keepLines/>
        <w:spacing w:before="140" w:after="40"/>
      </w:pPr>
      <w:r>
        <w:rPr>
          <w:b/>
        </w:rPr>
        <w:lastRenderedPageBreak/>
        <w:t>32. Histogram and threshold on a 5 x 5 image</w:t>
      </w:r>
      <w:r>
        <w:rPr>
          <w:i/>
          <w:sz w:val="18"/>
        </w:rPr>
        <w:t xml:space="preserve">  [7 marks | about 7 min]</w:t>
      </w:r>
    </w:p>
    <w:p w14:paraId="153B1608" w14:textId="77777777" w:rsidR="00101863" w:rsidRDefault="00BD075A">
      <w:pPr>
        <w:keepNext/>
        <w:keepLines/>
        <w:spacing w:after="40"/>
      </w:pPr>
      <w:r>
        <w:t>For image I below, (a) count the frequencies of intensities 0, 50, 100, 150, and 200; (b) form B using B=1 when I≥100; and (c) state the percentage of foreground pixels.</w:t>
      </w:r>
    </w:p>
    <w:p w14:paraId="16C8E0DD" w14:textId="77777777" w:rsidR="00101863" w:rsidRDefault="00BD075A">
      <w:pPr>
        <w:keepNext/>
        <w:keepLines/>
        <w:spacing w:before="40"/>
        <w:jc w:val="center"/>
      </w:pPr>
      <m:oMathPara>
        <m:oMath>
          <m:r>
            <m:rPr>
              <m:nor/>
            </m:rPr>
            <m:t>B(i,j) = 1 when I(i,j) ≥ 100; otherwise B(i,j) = 0</m:t>
          </m:r>
        </m:oMath>
      </m:oMathPara>
    </w:p>
    <w:p w14:paraId="33673B5A" w14:textId="77777777" w:rsidR="00101863" w:rsidRDefault="00BD075A">
      <w:pPr>
        <w:keepNext/>
        <w:keepLines/>
        <w:spacing w:after="20"/>
        <w:ind w:left="504"/>
      </w:pPr>
      <w:r>
        <w:t>I =</w:t>
      </w:r>
    </w:p>
    <w:p w14:paraId="1A5CC6F6"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5"/>
                        <m:mcJc m:val="center"/>
                      </m:mcPr>
                    </m:mc>
                  </m:mcs>
                  <m:ctrlPr>
                    <w:rPr>
                      <w:rFonts w:ascii="Cambria Math" w:hAnsi="Cambria Math"/>
                    </w:rPr>
                  </m:ctrlPr>
                </m:mPr>
                <m:mr>
                  <m:e>
                    <m:r>
                      <w:rPr>
                        <w:rFonts w:ascii="Cambria Math" w:hAnsi="Cambria Math"/>
                      </w:rPr>
                      <m:t>0</m:t>
                    </m:r>
                  </m:e>
                  <m:e>
                    <m:r>
                      <w:rPr>
                        <w:rFonts w:ascii="Cambria Math" w:hAnsi="Cambria Math"/>
                      </w:rPr>
                      <m:t>0</m:t>
                    </m:r>
                  </m:e>
                  <m:e>
                    <m:r>
                      <w:rPr>
                        <w:rFonts w:ascii="Cambria Math" w:hAnsi="Cambria Math"/>
                      </w:rPr>
                      <m:t>50</m:t>
                    </m:r>
                  </m:e>
                  <m:e>
                    <m:r>
                      <w:rPr>
                        <w:rFonts w:ascii="Cambria Math" w:hAnsi="Cambria Math"/>
                      </w:rPr>
                      <m:t>50</m:t>
                    </m:r>
                  </m:e>
                  <m:e>
                    <m:r>
                      <w:rPr>
                        <w:rFonts w:ascii="Cambria Math" w:hAnsi="Cambria Math"/>
                      </w:rPr>
                      <m:t>100</m:t>
                    </m:r>
                  </m:e>
                </m:mr>
                <m:mr>
                  <m:e>
                    <m:r>
                      <w:rPr>
                        <w:rFonts w:ascii="Cambria Math" w:hAnsi="Cambria Math"/>
                      </w:rPr>
                      <m:t>0</m:t>
                    </m:r>
                  </m:e>
                  <m:e>
                    <m:r>
                      <w:rPr>
                        <w:rFonts w:ascii="Cambria Math" w:hAnsi="Cambria Math"/>
                      </w:rPr>
                      <m:t>50</m:t>
                    </m:r>
                  </m:e>
                  <m:e>
                    <m:r>
                      <w:rPr>
                        <w:rFonts w:ascii="Cambria Math" w:hAnsi="Cambria Math"/>
                      </w:rPr>
                      <m:t>50</m:t>
                    </m:r>
                  </m:e>
                  <m:e>
                    <m:r>
                      <w:rPr>
                        <w:rFonts w:ascii="Cambria Math" w:hAnsi="Cambria Math"/>
                      </w:rPr>
                      <m:t>100</m:t>
                    </m:r>
                  </m:e>
                  <m:e>
                    <m:r>
                      <w:rPr>
                        <w:rFonts w:ascii="Cambria Math" w:hAnsi="Cambria Math"/>
                      </w:rPr>
                      <m:t>100</m:t>
                    </m:r>
                  </m:e>
                </m:mr>
                <m:mr>
                  <m:e>
                    <m:r>
                      <w:rPr>
                        <w:rFonts w:ascii="Cambria Math" w:hAnsi="Cambria Math"/>
                      </w:rPr>
                      <m:t>50</m:t>
                    </m:r>
                  </m:e>
                  <m:e>
                    <m:r>
                      <w:rPr>
                        <w:rFonts w:ascii="Cambria Math" w:hAnsi="Cambria Math"/>
                      </w:rPr>
                      <m:t>50</m:t>
                    </m:r>
                  </m:e>
                  <m:e>
                    <m:r>
                      <w:rPr>
                        <w:rFonts w:ascii="Cambria Math" w:hAnsi="Cambria Math"/>
                      </w:rPr>
                      <m:t>100</m:t>
                    </m:r>
                  </m:e>
                  <m:e>
                    <m:r>
                      <w:rPr>
                        <w:rFonts w:ascii="Cambria Math" w:hAnsi="Cambria Math"/>
                      </w:rPr>
                      <m:t>100</m:t>
                    </m:r>
                  </m:e>
                  <m:e>
                    <m:r>
                      <w:rPr>
                        <w:rFonts w:ascii="Cambria Math" w:hAnsi="Cambria Math"/>
                      </w:rPr>
                      <m:t>150</m:t>
                    </m:r>
                  </m:e>
                </m:mr>
                <m:mr>
                  <m:e>
                    <m:r>
                      <w:rPr>
                        <w:rFonts w:ascii="Cambria Math" w:hAnsi="Cambria Math"/>
                      </w:rPr>
                      <m:t>50</m:t>
                    </m:r>
                  </m:e>
                  <m:e>
                    <m:r>
                      <w:rPr>
                        <w:rFonts w:ascii="Cambria Math" w:hAnsi="Cambria Math"/>
                      </w:rPr>
                      <m:t>100</m:t>
                    </m:r>
                  </m:e>
                  <m:e>
                    <m:r>
                      <w:rPr>
                        <w:rFonts w:ascii="Cambria Math" w:hAnsi="Cambria Math"/>
                      </w:rPr>
                      <m:t>100</m:t>
                    </m:r>
                  </m:e>
                  <m:e>
                    <m:r>
                      <w:rPr>
                        <w:rFonts w:ascii="Cambria Math" w:hAnsi="Cambria Math"/>
                      </w:rPr>
                      <m:t>150</m:t>
                    </m:r>
                  </m:e>
                  <m:e>
                    <m:r>
                      <w:rPr>
                        <w:rFonts w:ascii="Cambria Math" w:hAnsi="Cambria Math"/>
                      </w:rPr>
                      <m:t>150</m:t>
                    </m:r>
                  </m:e>
                </m:mr>
                <m:mr>
                  <m:e>
                    <m:r>
                      <w:rPr>
                        <w:rFonts w:ascii="Cambria Math" w:hAnsi="Cambria Math"/>
                      </w:rPr>
                      <m:t>100</m:t>
                    </m:r>
                  </m:e>
                  <m:e>
                    <m:r>
                      <w:rPr>
                        <w:rFonts w:ascii="Cambria Math" w:hAnsi="Cambria Math"/>
                      </w:rPr>
                      <m:t>100</m:t>
                    </m:r>
                  </m:e>
                  <m:e>
                    <m:r>
                      <w:rPr>
                        <w:rFonts w:ascii="Cambria Math" w:hAnsi="Cambria Math"/>
                      </w:rPr>
                      <m:t>150</m:t>
                    </m:r>
                  </m:e>
                  <m:e>
                    <m:r>
                      <w:rPr>
                        <w:rFonts w:ascii="Cambria Math" w:hAnsi="Cambria Math"/>
                      </w:rPr>
                      <m:t>150</m:t>
                    </m:r>
                  </m:e>
                  <m:e>
                    <m:r>
                      <w:rPr>
                        <w:rFonts w:ascii="Cambria Math" w:hAnsi="Cambria Math"/>
                      </w:rPr>
                      <m:t>200</m:t>
                    </m:r>
                  </m:e>
                </m:mr>
              </m:m>
            </m:e>
          </m:d>
        </m:oMath>
      </m:oMathPara>
    </w:p>
    <w:p w14:paraId="56E4E5F3" w14:textId="77777777" w:rsidR="00101863" w:rsidRDefault="00BD075A">
      <w:pPr>
        <w:keepLines/>
        <w:spacing w:before="60" w:after="60"/>
      </w:pPr>
      <w:r>
        <w:t>Work / answer: ________________________________________________________________</w:t>
      </w:r>
    </w:p>
    <w:p w14:paraId="26567798" w14:textId="77777777" w:rsidR="00101863" w:rsidRDefault="00BD075A">
      <w:pPr>
        <w:keepNext/>
        <w:keepLines/>
        <w:spacing w:before="140" w:after="40"/>
      </w:pPr>
      <w:r>
        <w:rPr>
          <w:b/>
        </w:rPr>
        <w:t>33. RGB to grayscale point operation</w:t>
      </w:r>
      <w:r>
        <w:rPr>
          <w:i/>
          <w:sz w:val="18"/>
        </w:rPr>
        <w:t xml:space="preserve">  [6 marks | about 6 min]</w:t>
      </w:r>
    </w:p>
    <w:p w14:paraId="5E36C44E" w14:textId="77777777" w:rsidR="00101863" w:rsidRDefault="00BD075A">
      <w:pPr>
        <w:keepNext/>
        <w:keepLines/>
        <w:spacing w:after="40"/>
      </w:pPr>
      <w:r>
        <w:t>Use Y=0.30R+0.59G+0.11B and round to the nearest integer. Convert the four pixels R=(200,0,0), G=(0,200,0), B=(0,0,200), and W=(100,100,100). Which primary appears brightest and why?</w:t>
      </w:r>
    </w:p>
    <w:p w14:paraId="7615C61D" w14:textId="77777777" w:rsidR="00101863" w:rsidRDefault="00BD075A">
      <w:pPr>
        <w:keepNext/>
        <w:keepLines/>
        <w:spacing w:before="40"/>
        <w:jc w:val="center"/>
      </w:pPr>
      <m:oMathPara>
        <m:oMath>
          <m:r>
            <m:rPr>
              <m:nor/>
            </m:rPr>
            <m:t>Y = 0.30R + 0.59G + 0.11B</m:t>
          </m:r>
        </m:oMath>
      </m:oMathPara>
    </w:p>
    <w:p w14:paraId="3C5E4850" w14:textId="77777777" w:rsidR="00101863" w:rsidRDefault="00BD075A">
      <w:pPr>
        <w:keepLines/>
        <w:spacing w:before="60" w:after="60"/>
      </w:pPr>
      <w:r>
        <w:t>Work / answer: ________________________________________________________________</w:t>
      </w:r>
    </w:p>
    <w:p w14:paraId="0808EF9F" w14:textId="77777777" w:rsidR="00101863" w:rsidRDefault="00BD075A">
      <w:pPr>
        <w:keepNext/>
        <w:keepLines/>
        <w:spacing w:before="140" w:after="40"/>
      </w:pPr>
      <w:r>
        <w:rPr>
          <w:b/>
        </w:rPr>
        <w:t>34. 3 x 3 mean filter on a 4 x 4 image</w:t>
      </w:r>
      <w:r>
        <w:rPr>
          <w:i/>
          <w:sz w:val="18"/>
        </w:rPr>
        <w:t xml:space="preserve">  [8 marks | about 8 min]</w:t>
      </w:r>
    </w:p>
    <w:p w14:paraId="59DD4FF9" w14:textId="77777777" w:rsidR="00101863" w:rsidRDefault="00BD075A">
      <w:pPr>
        <w:keepNext/>
        <w:keepLines/>
        <w:spacing w:after="40"/>
      </w:pPr>
      <w:r>
        <w:t>Apply the 3 × 3 averaging kernel K=(1/9)ones(3,3) to I using valid cross-correlation. Compute the complete 2 × 2 output.</w:t>
      </w:r>
    </w:p>
    <w:p w14:paraId="1A51D98D" w14:textId="77777777" w:rsidR="00101863" w:rsidRDefault="00BD075A">
      <w:pPr>
        <w:keepNext/>
        <w:keepLines/>
        <w:spacing w:before="40"/>
        <w:jc w:val="center"/>
      </w:pPr>
      <m:oMathPara>
        <m:oMath>
          <m:r>
            <m:rPr>
              <m:nor/>
            </m:rPr>
            <m:t>Y(r,c) = Σ</m:t>
          </m:r>
          <m:r>
            <m:rPr>
              <m:nor/>
            </m:rPr>
            <m:t>ᵢ</m:t>
          </m:r>
          <m:r>
            <m:rPr>
              <m:nor/>
            </m:rPr>
            <m:t>Σⱼ K(i,j)I(r+i,c+j), K = (1/9)1₃ˣ₃</m:t>
          </m:r>
        </m:oMath>
      </m:oMathPara>
    </w:p>
    <w:p w14:paraId="5113C4BF" w14:textId="77777777" w:rsidR="00101863" w:rsidRDefault="00BD075A">
      <w:pPr>
        <w:keepNext/>
        <w:keepLines/>
        <w:spacing w:after="20"/>
        <w:ind w:left="504"/>
      </w:pPr>
      <w:r>
        <w:t>I =</w:t>
      </w:r>
    </w:p>
    <w:p w14:paraId="7E6FBB02"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1</m:t>
                    </m:r>
                  </m:e>
                  <m:e>
                    <m:r>
                      <w:rPr>
                        <w:rFonts w:ascii="Cambria Math" w:hAnsi="Cambria Math"/>
                      </w:rPr>
                      <m:t>2</m:t>
                    </m:r>
                  </m:e>
                  <m:e>
                    <m:r>
                      <w:rPr>
                        <w:rFonts w:ascii="Cambria Math" w:hAnsi="Cambria Math"/>
                      </w:rPr>
                      <m:t>3</m:t>
                    </m:r>
                  </m:e>
                  <m:e>
                    <m:r>
                      <w:rPr>
                        <w:rFonts w:ascii="Cambria Math" w:hAnsi="Cambria Math"/>
                      </w:rPr>
                      <m:t>4</m:t>
                    </m:r>
                  </m:e>
                </m:mr>
                <m:mr>
                  <m:e>
                    <m:r>
                      <w:rPr>
                        <w:rFonts w:ascii="Cambria Math" w:hAnsi="Cambria Math"/>
                      </w:rPr>
                      <m:t>5</m:t>
                    </m:r>
                  </m:e>
                  <m:e>
                    <m:r>
                      <w:rPr>
                        <w:rFonts w:ascii="Cambria Math" w:hAnsi="Cambria Math"/>
                      </w:rPr>
                      <m:t>6</m:t>
                    </m:r>
                  </m:e>
                  <m:e>
                    <m:r>
                      <w:rPr>
                        <w:rFonts w:ascii="Cambria Math" w:hAnsi="Cambria Math"/>
                      </w:rPr>
                      <m:t>7</m:t>
                    </m:r>
                  </m:e>
                  <m:e>
                    <m:r>
                      <w:rPr>
                        <w:rFonts w:ascii="Cambria Math" w:hAnsi="Cambria Math"/>
                      </w:rPr>
                      <m:t>8</m:t>
                    </m:r>
                  </m:e>
                </m:mr>
                <m:mr>
                  <m:e>
                    <m:r>
                      <w:rPr>
                        <w:rFonts w:ascii="Cambria Math" w:hAnsi="Cambria Math"/>
                      </w:rPr>
                      <m:t>9</m:t>
                    </m:r>
                  </m:e>
                  <m:e>
                    <m:r>
                      <w:rPr>
                        <w:rFonts w:ascii="Cambria Math" w:hAnsi="Cambria Math"/>
                      </w:rPr>
                      <m:t>10</m:t>
                    </m:r>
                  </m:e>
                  <m:e>
                    <m:r>
                      <w:rPr>
                        <w:rFonts w:ascii="Cambria Math" w:hAnsi="Cambria Math"/>
                      </w:rPr>
                      <m:t>11</m:t>
                    </m:r>
                  </m:e>
                  <m:e>
                    <m:r>
                      <w:rPr>
                        <w:rFonts w:ascii="Cambria Math" w:hAnsi="Cambria Math"/>
                      </w:rPr>
                      <m:t>12</m:t>
                    </m:r>
                  </m:e>
                </m:mr>
                <m:mr>
                  <m:e>
                    <m:r>
                      <w:rPr>
                        <w:rFonts w:ascii="Cambria Math" w:hAnsi="Cambria Math"/>
                      </w:rPr>
                      <m:t>13</m:t>
                    </m:r>
                  </m:e>
                  <m:e>
                    <m:r>
                      <w:rPr>
                        <w:rFonts w:ascii="Cambria Math" w:hAnsi="Cambria Math"/>
                      </w:rPr>
                      <m:t>14</m:t>
                    </m:r>
                  </m:e>
                  <m:e>
                    <m:r>
                      <w:rPr>
                        <w:rFonts w:ascii="Cambria Math" w:hAnsi="Cambria Math"/>
                      </w:rPr>
                      <m:t>15</m:t>
                    </m:r>
                  </m:e>
                  <m:e>
                    <m:r>
                      <w:rPr>
                        <w:rFonts w:ascii="Cambria Math" w:hAnsi="Cambria Math"/>
                      </w:rPr>
                      <m:t>16</m:t>
                    </m:r>
                  </m:e>
                </m:mr>
              </m:m>
            </m:e>
          </m:d>
        </m:oMath>
      </m:oMathPara>
    </w:p>
    <w:p w14:paraId="61E8DE72" w14:textId="77777777" w:rsidR="00101863" w:rsidRDefault="00BD075A">
      <w:pPr>
        <w:keepLines/>
        <w:spacing w:before="60" w:after="60"/>
      </w:pPr>
      <w:r>
        <w:t>Work / answer: ________________________________________________________________</w:t>
      </w:r>
    </w:p>
    <w:p w14:paraId="3DAAB506" w14:textId="77777777" w:rsidR="00101863" w:rsidRDefault="00BD075A">
      <w:pPr>
        <w:keepNext/>
        <w:keepLines/>
        <w:spacing w:before="140" w:after="40"/>
      </w:pPr>
      <w:r>
        <w:rPr>
          <w:b/>
        </w:rPr>
        <w:t>35. Boundary handling on a 4 x 4 image</w:t>
      </w:r>
      <w:r>
        <w:rPr>
          <w:i/>
          <w:sz w:val="18"/>
        </w:rPr>
        <w:t xml:space="preserve">  [7 marks | about 7 min]</w:t>
      </w:r>
    </w:p>
    <w:p w14:paraId="58EF7973" w14:textId="77777777" w:rsidR="00101863" w:rsidRDefault="00BD075A">
      <w:pPr>
        <w:keepNext/>
        <w:keepLines/>
        <w:spacing w:after="40"/>
      </w:pPr>
      <w:r>
        <w:t>For the image below and a 3 × 3 mean filter, calculate only the top-left output using (a) zero padding and (b) edge-replication padding. Show each 3 × 3 padded neighborhood.</w:t>
      </w:r>
    </w:p>
    <w:p w14:paraId="76131B8C" w14:textId="77777777" w:rsidR="00101863" w:rsidRDefault="00BD075A">
      <w:pPr>
        <w:keepNext/>
        <w:keepLines/>
        <w:spacing w:before="40"/>
        <w:jc w:val="center"/>
      </w:pPr>
      <m:oMathPara>
        <m:oMath>
          <m:r>
            <m:rPr>
              <m:nor/>
            </m:rPr>
            <m:t>y(1,1) = Σ</m:t>
          </m:r>
          <m:r>
            <m:rPr>
              <m:nor/>
            </m:rPr>
            <m:t>ᵢ</m:t>
          </m:r>
          <m:r>
            <m:rPr>
              <m:nor/>
            </m:rPr>
            <m:t>Σⱼ K(i,j)I_pad(i,j)</m:t>
          </m:r>
        </m:oMath>
      </m:oMathPara>
    </w:p>
    <w:p w14:paraId="5614C3D7" w14:textId="77777777" w:rsidR="00101863" w:rsidRDefault="00BD075A">
      <w:pPr>
        <w:keepNext/>
        <w:keepLines/>
        <w:spacing w:after="20"/>
        <w:ind w:left="504"/>
      </w:pPr>
      <w:r>
        <w:t>I =</w:t>
      </w:r>
    </w:p>
    <w:p w14:paraId="75AA0437"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10</m:t>
                    </m:r>
                  </m:e>
                  <m:e>
                    <m:r>
                      <w:rPr>
                        <w:rFonts w:ascii="Cambria Math" w:hAnsi="Cambria Math"/>
                      </w:rPr>
                      <m:t>20</m:t>
                    </m:r>
                  </m:e>
                  <m:e>
                    <m:r>
                      <w:rPr>
                        <w:rFonts w:ascii="Cambria Math" w:hAnsi="Cambria Math"/>
                      </w:rPr>
                      <m:t>30</m:t>
                    </m:r>
                  </m:e>
                  <m:e>
                    <m:r>
                      <w:rPr>
                        <w:rFonts w:ascii="Cambria Math" w:hAnsi="Cambria Math"/>
                      </w:rPr>
                      <m:t>40</m:t>
                    </m:r>
                  </m:e>
                </m:mr>
                <m:mr>
                  <m:e>
                    <m:r>
                      <w:rPr>
                        <w:rFonts w:ascii="Cambria Math" w:hAnsi="Cambria Math"/>
                      </w:rPr>
                      <m:t>15</m:t>
                    </m:r>
                  </m:e>
                  <m:e>
                    <m:r>
                      <w:rPr>
                        <w:rFonts w:ascii="Cambria Math" w:hAnsi="Cambria Math"/>
                      </w:rPr>
                      <m:t>25</m:t>
                    </m:r>
                  </m:e>
                  <m:e>
                    <m:r>
                      <w:rPr>
                        <w:rFonts w:ascii="Cambria Math" w:hAnsi="Cambria Math"/>
                      </w:rPr>
                      <m:t>35</m:t>
                    </m:r>
                  </m:e>
                  <m:e>
                    <m:r>
                      <w:rPr>
                        <w:rFonts w:ascii="Cambria Math" w:hAnsi="Cambria Math"/>
                      </w:rPr>
                      <m:t>45</m:t>
                    </m:r>
                  </m:e>
                </m:mr>
                <m:mr>
                  <m:e>
                    <m:r>
                      <w:rPr>
                        <w:rFonts w:ascii="Cambria Math" w:hAnsi="Cambria Math"/>
                      </w:rPr>
                      <m:t>12</m:t>
                    </m:r>
                  </m:e>
                  <m:e>
                    <m:r>
                      <w:rPr>
                        <w:rFonts w:ascii="Cambria Math" w:hAnsi="Cambria Math"/>
                      </w:rPr>
                      <m:t>22</m:t>
                    </m:r>
                  </m:e>
                  <m:e>
                    <m:r>
                      <w:rPr>
                        <w:rFonts w:ascii="Cambria Math" w:hAnsi="Cambria Math"/>
                      </w:rPr>
                      <m:t>32</m:t>
                    </m:r>
                  </m:e>
                  <m:e>
                    <m:r>
                      <w:rPr>
                        <w:rFonts w:ascii="Cambria Math" w:hAnsi="Cambria Math"/>
                      </w:rPr>
                      <m:t>42</m:t>
                    </m:r>
                  </m:e>
                </m:mr>
                <m:mr>
                  <m:e>
                    <m:r>
                      <w:rPr>
                        <w:rFonts w:ascii="Cambria Math" w:hAnsi="Cambria Math"/>
                      </w:rPr>
                      <m:t>18</m:t>
                    </m:r>
                  </m:e>
                  <m:e>
                    <m:r>
                      <w:rPr>
                        <w:rFonts w:ascii="Cambria Math" w:hAnsi="Cambria Math"/>
                      </w:rPr>
                      <m:t>28</m:t>
                    </m:r>
                  </m:e>
                  <m:e>
                    <m:r>
                      <w:rPr>
                        <w:rFonts w:ascii="Cambria Math" w:hAnsi="Cambria Math"/>
                      </w:rPr>
                      <m:t>38</m:t>
                    </m:r>
                  </m:e>
                  <m:e>
                    <m:r>
                      <w:rPr>
                        <w:rFonts w:ascii="Cambria Math" w:hAnsi="Cambria Math"/>
                      </w:rPr>
                      <m:t>48</m:t>
                    </m:r>
                  </m:e>
                </m:mr>
              </m:m>
            </m:e>
          </m:d>
        </m:oMath>
      </m:oMathPara>
    </w:p>
    <w:p w14:paraId="0A840505" w14:textId="77777777" w:rsidR="00101863" w:rsidRDefault="00BD075A">
      <w:pPr>
        <w:keepLines/>
        <w:spacing w:before="60" w:after="60"/>
      </w:pPr>
      <w:r>
        <w:t>Work / answer: ________________________________________________________________</w:t>
      </w:r>
    </w:p>
    <w:p w14:paraId="05C157C7" w14:textId="77777777" w:rsidR="00101863" w:rsidRDefault="00BD075A">
      <w:pPr>
        <w:keepNext/>
        <w:keepLines/>
        <w:spacing w:before="140" w:after="40"/>
      </w:pPr>
      <w:r>
        <w:rPr>
          <w:b/>
        </w:rPr>
        <w:t>36. Cross-correlation versus convolution</w:t>
      </w:r>
      <w:r>
        <w:rPr>
          <w:i/>
          <w:sz w:val="18"/>
        </w:rPr>
        <w:t xml:space="preserve">  [8 marks | about 8 min]</w:t>
      </w:r>
    </w:p>
    <w:p w14:paraId="6551214B" w14:textId="77777777" w:rsidR="00101863" w:rsidRDefault="00BD075A">
      <w:pPr>
        <w:keepNext/>
        <w:keepLines/>
        <w:spacing w:after="40"/>
      </w:pPr>
      <w:r>
        <w:t>The 5 × 5 image has a single impulse of value 1 at its center. The 3 × 3 kernel is K below. Using same-size zero padding, write the nonzero 3 × 3 block centered at the impulse for (a) cross-correlation and (b) convolution. Explain the relationship.</w:t>
      </w:r>
    </w:p>
    <w:p w14:paraId="74771655" w14:textId="77777777" w:rsidR="00101863" w:rsidRDefault="00BD075A">
      <w:pPr>
        <w:keepNext/>
        <w:keepLines/>
        <w:spacing w:before="40"/>
        <w:jc w:val="center"/>
      </w:pPr>
      <m:oMathPara>
        <m:oMath>
          <m:r>
            <m:rPr>
              <m:nor/>
            </m:rPr>
            <m:t>correlation: Y(r,c) = Σ</m:t>
          </m:r>
          <m:r>
            <m:rPr>
              <m:nor/>
            </m:rPr>
            <m:t>ᵢ</m:t>
          </m:r>
          <m:r>
            <m:rPr>
              <m:nor/>
            </m:rPr>
            <m:t>Σⱼ K(i,j)I(r+i,c+j)</m:t>
          </m:r>
        </m:oMath>
      </m:oMathPara>
    </w:p>
    <w:p w14:paraId="17A09DC9" w14:textId="77777777" w:rsidR="00101863" w:rsidRDefault="00BD075A">
      <w:pPr>
        <w:keepNext/>
        <w:keepLines/>
        <w:spacing w:after="20"/>
        <w:ind w:left="504"/>
      </w:pPr>
      <w:r>
        <w:t>K =</w:t>
      </w:r>
    </w:p>
    <w:p w14:paraId="07D1F8DF"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1</m:t>
                    </m:r>
                  </m:e>
                  <m:e>
                    <m:r>
                      <w:rPr>
                        <w:rFonts w:ascii="Cambria Math" w:hAnsi="Cambria Math"/>
                      </w:rPr>
                      <m:t>2</m:t>
                    </m:r>
                  </m:e>
                  <m:e>
                    <m:r>
                      <w:rPr>
                        <w:rFonts w:ascii="Cambria Math" w:hAnsi="Cambria Math"/>
                      </w:rPr>
                      <m:t>3</m:t>
                    </m:r>
                  </m:e>
                </m:mr>
                <m:mr>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mr>
              </m:m>
            </m:e>
          </m:d>
        </m:oMath>
      </m:oMathPara>
    </w:p>
    <w:p w14:paraId="53DB1214" w14:textId="77777777" w:rsidR="00101863" w:rsidRDefault="00BD075A">
      <w:pPr>
        <w:keepLines/>
        <w:spacing w:before="60" w:after="60"/>
      </w:pPr>
      <w:r>
        <w:t>Work / answer: ________________________________________________________________</w:t>
      </w:r>
    </w:p>
    <w:p w14:paraId="16516039" w14:textId="77777777" w:rsidR="00101863" w:rsidRDefault="00BD075A">
      <w:pPr>
        <w:keepNext/>
        <w:keepLines/>
        <w:spacing w:before="140" w:after="40"/>
      </w:pPr>
      <w:r>
        <w:rPr>
          <w:b/>
        </w:rPr>
        <w:lastRenderedPageBreak/>
        <w:t>37. Gaussian separability and computational cost</w:t>
      </w:r>
      <w:r>
        <w:rPr>
          <w:i/>
          <w:sz w:val="18"/>
        </w:rPr>
        <w:t xml:space="preserve">  [8 marks | about 8 min]</w:t>
      </w:r>
    </w:p>
    <w:p w14:paraId="4AE5297F" w14:textId="77777777" w:rsidR="00101863" w:rsidRDefault="00BD075A">
      <w:pPr>
        <w:keepNext/>
        <w:keepLines/>
        <w:spacing w:after="40"/>
      </w:pPr>
      <w:r>
        <w:t>Let g=(1/4)[1,2,1]</w:t>
      </w:r>
      <w:r>
        <w:t>ᵀ</w:t>
      </w:r>
      <w:r>
        <w:t xml:space="preserve"> and K=g g</w:t>
      </w:r>
      <w:r>
        <w:t>ᵀ</w:t>
      </w:r>
      <w:r>
        <w:t>. (a) Write K. (b) A 5 × 5 image contains one unit impulse at the center. What 3 × 3 values appear around the center after filtering? (c) Compare multiplications per interior pixel for direct 3 × 3 filtering and two separable 1D passes.</w:t>
      </w:r>
    </w:p>
    <w:p w14:paraId="5475CF38" w14:textId="77777777" w:rsidR="00101863" w:rsidRDefault="00BD075A">
      <w:pPr>
        <w:keepNext/>
        <w:keepLines/>
        <w:spacing w:before="40"/>
        <w:jc w:val="center"/>
      </w:pPr>
      <m:oMathPara>
        <m:oMath>
          <m:r>
            <m:rPr>
              <m:nor/>
            </m:rPr>
            <m:t>g = (1/4)(1,2,1)</m:t>
          </m:r>
          <m:r>
            <m:rPr>
              <m:nor/>
            </m:rPr>
            <m:t>ᵀ</m:t>
          </m:r>
          <m:r>
            <m:rPr>
              <m:nor/>
            </m:rPr>
            <m:t>, K = gg</m:t>
          </m:r>
          <m:r>
            <m:rPr>
              <m:nor/>
            </m:rPr>
            <m:t>ᵀ</m:t>
          </m:r>
        </m:oMath>
      </m:oMathPara>
    </w:p>
    <w:p w14:paraId="469B6844" w14:textId="77777777" w:rsidR="00101863" w:rsidRDefault="00BD075A">
      <w:pPr>
        <w:keepLines/>
        <w:spacing w:before="60" w:after="60"/>
      </w:pPr>
      <w:r>
        <w:t>Work / answer: ________________________________________________________________</w:t>
      </w:r>
    </w:p>
    <w:p w14:paraId="52FBD923" w14:textId="77777777" w:rsidR="00101863" w:rsidRDefault="00BD075A">
      <w:pPr>
        <w:keepNext/>
        <w:keepLines/>
        <w:spacing w:before="140" w:after="40"/>
      </w:pPr>
      <w:r>
        <w:rPr>
          <w:b/>
        </w:rPr>
        <w:t>38. Median filtering and nonlinearity</w:t>
      </w:r>
      <w:r>
        <w:rPr>
          <w:i/>
          <w:sz w:val="18"/>
        </w:rPr>
        <w:t xml:space="preserve">  [8 marks | about 8 min]</w:t>
      </w:r>
    </w:p>
    <w:p w14:paraId="22C5E4CA" w14:textId="77777777" w:rsidR="00101863" w:rsidRDefault="00BD075A">
      <w:pPr>
        <w:keepNext/>
        <w:keepLines/>
        <w:spacing w:after="40"/>
      </w:pPr>
      <w:r>
        <w:t>In the 5 × 5 image below, compute the 3 × 3 median-filter output at the center pixel. Compare it with the 3 × 3 mean. Then use A=[1,1,1;1,1,2;2,2,2] and B=[0,0,0;0,1,0;0,0,0] to test whether median(A+B)=median(A)+median(B).</w:t>
      </w:r>
    </w:p>
    <w:p w14:paraId="1CE6E164" w14:textId="77777777" w:rsidR="00101863" w:rsidRDefault="00BD075A">
      <w:pPr>
        <w:keepNext/>
        <w:keepLines/>
        <w:spacing w:before="40"/>
        <w:jc w:val="center"/>
      </w:pPr>
      <m:oMathPara>
        <m:oMath>
          <m:r>
            <m:rPr>
              <m:nor/>
            </m:rPr>
            <m:t>median(A+B) ?= median(A) + median(B)</m:t>
          </m:r>
        </m:oMath>
      </m:oMathPara>
    </w:p>
    <w:p w14:paraId="60618228" w14:textId="4FABDA77" w:rsidR="00101863" w:rsidRDefault="00101863">
      <w:pPr>
        <w:keepNext/>
        <w:keepLines/>
        <w:spacing w:after="20"/>
        <w:ind w:left="504"/>
      </w:pPr>
    </w:p>
    <w:p w14:paraId="17CB27A7" w14:textId="6D84A77E" w:rsidR="00101863" w:rsidRDefault="001D695D">
      <w:pPr>
        <w:keepNext/>
        <w:keepLines/>
        <w:spacing w:after="60"/>
        <w:jc w:val="center"/>
      </w:pPr>
      <m:oMathPara>
        <m:oMath>
          <m:r>
            <w:rPr>
              <w:rFonts w:ascii="Cambria Math" w:hAnsi="Cambria Math"/>
            </w:rPr>
            <m:t>I=</m:t>
          </m:r>
          <m:d>
            <m:dPr>
              <m:begChr m:val="["/>
              <m:endChr m:val="]"/>
              <m:ctrlPr>
                <w:rPr>
                  <w:rFonts w:ascii="Cambria Math" w:hAnsi="Cambria Math"/>
                </w:rPr>
              </m:ctrlPr>
            </m:dPr>
            <m:e>
              <m:m>
                <m:mPr>
                  <m:plcHide m:val="1"/>
                  <m:mcs>
                    <m:mc>
                      <m:mcPr>
                        <m:count m:val="5"/>
                        <m:mcJc m:val="center"/>
                      </m:mcPr>
                    </m:mc>
                  </m:mcs>
                  <m:ctrlPr>
                    <w:rPr>
                      <w:rFonts w:ascii="Cambria Math" w:hAnsi="Cambria Math"/>
                    </w:rPr>
                  </m:ctrlPr>
                </m:mPr>
                <m:mr>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10</m:t>
                    </m:r>
                  </m:e>
                </m:mr>
                <m:mr>
                  <m:e>
                    <m:r>
                      <w:rPr>
                        <w:rFonts w:ascii="Cambria Math" w:hAnsi="Cambria Math"/>
                      </w:rPr>
                      <m:t>10</m:t>
                    </m:r>
                  </m:e>
                  <m:e>
                    <m:r>
                      <w:rPr>
                        <w:rFonts w:ascii="Cambria Math" w:hAnsi="Cambria Math"/>
                      </w:rPr>
                      <m:t>11</m:t>
                    </m:r>
                  </m:e>
                  <m:e>
                    <m:r>
                      <w:rPr>
                        <w:rFonts w:ascii="Cambria Math" w:hAnsi="Cambria Math"/>
                      </w:rPr>
                      <m:t>9</m:t>
                    </m:r>
                  </m:e>
                  <m:e>
                    <m:r>
                      <w:rPr>
                        <w:rFonts w:ascii="Cambria Math" w:hAnsi="Cambria Math"/>
                      </w:rPr>
                      <m:t>10</m:t>
                    </m:r>
                  </m:e>
                  <m:e>
                    <m:r>
                      <w:rPr>
                        <w:rFonts w:ascii="Cambria Math" w:hAnsi="Cambria Math"/>
                      </w:rPr>
                      <m:t>10</m:t>
                    </m:r>
                  </m:e>
                </m:mr>
                <m:mr>
                  <m:e>
                    <m:r>
                      <w:rPr>
                        <w:rFonts w:ascii="Cambria Math" w:hAnsi="Cambria Math"/>
                      </w:rPr>
                      <m:t>10</m:t>
                    </m:r>
                  </m:e>
                  <m:e>
                    <m:r>
                      <w:rPr>
                        <w:rFonts w:ascii="Cambria Math" w:hAnsi="Cambria Math"/>
                      </w:rPr>
                      <m:t>10</m:t>
                    </m:r>
                  </m:e>
                  <m:e>
                    <m:r>
                      <w:rPr>
                        <w:rFonts w:ascii="Cambria Math" w:hAnsi="Cambria Math"/>
                      </w:rPr>
                      <m:t>255</m:t>
                    </m:r>
                  </m:e>
                  <m:e>
                    <m:r>
                      <w:rPr>
                        <w:rFonts w:ascii="Cambria Math" w:hAnsi="Cambria Math"/>
                      </w:rPr>
                      <m:t>10</m:t>
                    </m:r>
                  </m:e>
                  <m:e>
                    <m:r>
                      <w:rPr>
                        <w:rFonts w:ascii="Cambria Math" w:hAnsi="Cambria Math"/>
                      </w:rPr>
                      <m:t>10</m:t>
                    </m:r>
                  </m:e>
                </m:mr>
                <m:mr>
                  <m:e>
                    <m:r>
                      <w:rPr>
                        <w:rFonts w:ascii="Cambria Math" w:hAnsi="Cambria Math"/>
                      </w:rPr>
                      <m:t>10</m:t>
                    </m:r>
                  </m:e>
                  <m:e>
                    <m:r>
                      <w:rPr>
                        <w:rFonts w:ascii="Cambria Math" w:hAnsi="Cambria Math"/>
                      </w:rPr>
                      <m:t>9</m:t>
                    </m:r>
                  </m:e>
                  <m:e>
                    <m:r>
                      <w:rPr>
                        <w:rFonts w:ascii="Cambria Math" w:hAnsi="Cambria Math"/>
                      </w:rPr>
                      <m:t>11</m:t>
                    </m:r>
                  </m:e>
                  <m:e>
                    <m:r>
                      <w:rPr>
                        <w:rFonts w:ascii="Cambria Math" w:hAnsi="Cambria Math"/>
                      </w:rPr>
                      <m:t>10</m:t>
                    </m:r>
                  </m:e>
                  <m:e>
                    <m:r>
                      <w:rPr>
                        <w:rFonts w:ascii="Cambria Math" w:hAnsi="Cambria Math"/>
                      </w:rPr>
                      <m:t>10</m:t>
                    </m:r>
                  </m:e>
                </m:mr>
                <m:mr>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10</m:t>
                    </m:r>
                  </m:e>
                </m:mr>
              </m:m>
            </m:e>
          </m:d>
        </m:oMath>
      </m:oMathPara>
    </w:p>
    <w:p w14:paraId="7A4C53BF" w14:textId="77777777" w:rsidR="00101863" w:rsidRDefault="00BD075A">
      <w:pPr>
        <w:keepLines/>
        <w:spacing w:before="60" w:after="60"/>
      </w:pPr>
      <w:r>
        <w:t>Work / answer: ________________________________________________________________</w:t>
      </w:r>
    </w:p>
    <w:p w14:paraId="5D35B055" w14:textId="77777777" w:rsidR="00101863" w:rsidRDefault="00BD075A">
      <w:pPr>
        <w:keepNext/>
        <w:keepLines/>
        <w:spacing w:before="140" w:after="40"/>
      </w:pPr>
      <w:r>
        <w:rPr>
          <w:b/>
        </w:rPr>
        <w:t>39. Impulse response and 2D linearity</w:t>
      </w:r>
      <w:r>
        <w:rPr>
          <w:i/>
          <w:sz w:val="18"/>
        </w:rPr>
        <w:t xml:space="preserve">  [8 marks | about 8 min]</w:t>
      </w:r>
    </w:p>
    <w:p w14:paraId="6FBAA716" w14:textId="77777777" w:rsidR="00101863" w:rsidRDefault="00BD075A">
      <w:pPr>
        <w:keepNext/>
        <w:keepLines/>
        <w:spacing w:after="40"/>
      </w:pPr>
      <w:r>
        <w:t>A zero-padded correlation system uses K=(1/4)[[1,0,0],[0,2,0],[0,0,1]]. Let I1 and I2 be 4 × 4 zero images with I1[2,2]=1 and I2[3,3]=1, using one-based indices. Without calculating every output twice, describe the nonzero responses to I1 and I2 and prove H(2I1-I2)=2H(I1)-H(I2).</w:t>
      </w:r>
    </w:p>
    <w:p w14:paraId="66A8DAA5" w14:textId="77777777" w:rsidR="00101863" w:rsidRDefault="00BD075A">
      <w:pPr>
        <w:keepNext/>
        <w:keepLines/>
        <w:spacing w:before="40"/>
        <w:jc w:val="center"/>
      </w:pPr>
      <m:oMathPara>
        <m:oMath>
          <m:r>
            <m:rPr>
              <m:nor/>
            </m:rPr>
            <m:t>H(2I₁ - I₂) ?= 2H(I₁) - H(I₂)</m:t>
          </m:r>
        </m:oMath>
      </m:oMathPara>
    </w:p>
    <w:p w14:paraId="76D8DC42" w14:textId="77777777" w:rsidR="00101863" w:rsidRDefault="00BD075A">
      <w:pPr>
        <w:keepLines/>
        <w:spacing w:before="60" w:after="60"/>
      </w:pPr>
      <w:r>
        <w:t>Work / answer: ________________________________________________________________</w:t>
      </w:r>
    </w:p>
    <w:p w14:paraId="7886B487" w14:textId="77777777" w:rsidR="00101863" w:rsidRDefault="00BD075A">
      <w:pPr>
        <w:keepNext/>
        <w:keepLines/>
        <w:spacing w:before="140" w:after="40"/>
      </w:pPr>
      <w:r>
        <w:rPr>
          <w:b/>
        </w:rPr>
        <w:t>40. Horizontal and vertical derivatives</w:t>
      </w:r>
      <w:r>
        <w:rPr>
          <w:i/>
          <w:sz w:val="18"/>
        </w:rPr>
        <w:t xml:space="preserve">  [9 marks | about 9 min]</w:t>
      </w:r>
    </w:p>
    <w:p w14:paraId="62C89641" w14:textId="77777777" w:rsidR="00101863" w:rsidRDefault="00BD075A">
      <w:pPr>
        <w:keepNext/>
        <w:keepLines/>
        <w:spacing w:after="40"/>
      </w:pPr>
      <w:r>
        <w:t>For the 6 × 6 image below, use Dx=[-1,0,1] and Dy=Dx</w:t>
      </w:r>
      <w:r>
        <w:t>ᵀ</w:t>
      </w:r>
      <w:r>
        <w:t xml:space="preserve"> with valid cross-correlation. Calculate (a) Dx at output location whose 3-pixel row is [10,10,50], (b) Dy where the 3-pixel column is [10,10,30], and (c) gradient magnitude √(Dx²+Dy²) where both transitions occur. If an edge is declared when magnitude≥45, is it an edge? State the edge orientation indicated by each derivative.</w:t>
      </w:r>
    </w:p>
    <w:p w14:paraId="44391527" w14:textId="77777777" w:rsidR="00101863" w:rsidRDefault="00BD075A">
      <w:pPr>
        <w:keepNext/>
        <w:keepLines/>
        <w:spacing w:before="40"/>
        <w:jc w:val="center"/>
      </w:pPr>
      <m:oMathPara>
        <m:oMath>
          <m:r>
            <m:rPr>
              <m:nor/>
            </m:rPr>
            <m:t>Dₓ = (-1,0,1), D</m:t>
          </m:r>
          <m:r>
            <m:rPr>
              <m:nor/>
            </m:rPr>
            <m:t>ᵧ</m:t>
          </m:r>
          <m:r>
            <m:rPr>
              <m:nor/>
            </m:rPr>
            <m:t xml:space="preserve"> = Dₓ</m:t>
          </m:r>
          <m:r>
            <m:rPr>
              <m:nor/>
            </m:rPr>
            <m:t>ᵀ</m:t>
          </m:r>
          <m:r>
            <m:rPr>
              <m:nor/>
            </m:rPr>
            <m:t>, ‖∇I‖₂ = √(Dₓ² + D</m:t>
          </m:r>
          <m:r>
            <m:rPr>
              <m:nor/>
            </m:rPr>
            <m:t>ᵧ</m:t>
          </m:r>
          <m:r>
            <m:rPr>
              <m:nor/>
            </m:rPr>
            <m:t>²)</m:t>
          </m:r>
        </m:oMath>
      </m:oMathPara>
    </w:p>
    <w:p w14:paraId="5CED5554" w14:textId="77777777" w:rsidR="00101863" w:rsidRDefault="00BD075A">
      <w:pPr>
        <w:keepNext/>
        <w:keepLines/>
        <w:spacing w:after="20"/>
        <w:ind w:left="504"/>
      </w:pPr>
      <w:r>
        <w:t>I =</w:t>
      </w:r>
    </w:p>
    <w:p w14:paraId="17EF6164"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6"/>
                        <m:mcJc m:val="center"/>
                      </m:mcPr>
                    </m:mc>
                  </m:mcs>
                  <m:ctrlPr>
                    <w:rPr>
                      <w:rFonts w:ascii="Cambria Math" w:hAnsi="Cambria Math"/>
                    </w:rPr>
                  </m:ctrlPr>
                </m:mPr>
                <m:mr>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50</m:t>
                    </m:r>
                  </m:e>
                  <m:e>
                    <m:r>
                      <w:rPr>
                        <w:rFonts w:ascii="Cambria Math" w:hAnsi="Cambria Math"/>
                      </w:rPr>
                      <m:t>50</m:t>
                    </m:r>
                  </m:e>
                  <m:e>
                    <m:r>
                      <w:rPr>
                        <w:rFonts w:ascii="Cambria Math" w:hAnsi="Cambria Math"/>
                      </w:rPr>
                      <m:t>50</m:t>
                    </m:r>
                  </m:e>
                </m:mr>
                <m:mr>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50</m:t>
                    </m:r>
                  </m:e>
                  <m:e>
                    <m:r>
                      <w:rPr>
                        <w:rFonts w:ascii="Cambria Math" w:hAnsi="Cambria Math"/>
                      </w:rPr>
                      <m:t>50</m:t>
                    </m:r>
                  </m:e>
                  <m:e>
                    <m:r>
                      <w:rPr>
                        <w:rFonts w:ascii="Cambria Math" w:hAnsi="Cambria Math"/>
                      </w:rPr>
                      <m:t>50</m:t>
                    </m:r>
                  </m:e>
                </m:mr>
                <m:mr>
                  <m:e>
                    <m:r>
                      <w:rPr>
                        <w:rFonts w:ascii="Cambria Math" w:hAnsi="Cambria Math"/>
                      </w:rPr>
                      <m:t>10</m:t>
                    </m:r>
                  </m:e>
                  <m:e>
                    <m:r>
                      <w:rPr>
                        <w:rFonts w:ascii="Cambria Math" w:hAnsi="Cambria Math"/>
                      </w:rPr>
                      <m:t>10</m:t>
                    </m:r>
                  </m:e>
                  <m:e>
                    <m:r>
                      <w:rPr>
                        <w:rFonts w:ascii="Cambria Math" w:hAnsi="Cambria Math"/>
                      </w:rPr>
                      <m:t>10</m:t>
                    </m:r>
                  </m:e>
                  <m:e>
                    <m:r>
                      <w:rPr>
                        <w:rFonts w:ascii="Cambria Math" w:hAnsi="Cambria Math"/>
                      </w:rPr>
                      <m:t>50</m:t>
                    </m:r>
                  </m:e>
                  <m:e>
                    <m:r>
                      <w:rPr>
                        <w:rFonts w:ascii="Cambria Math" w:hAnsi="Cambria Math"/>
                      </w:rPr>
                      <m:t>50</m:t>
                    </m:r>
                  </m:e>
                  <m:e>
                    <m:r>
                      <w:rPr>
                        <w:rFonts w:ascii="Cambria Math" w:hAnsi="Cambria Math"/>
                      </w:rPr>
                      <m:t>50</m:t>
                    </m:r>
                  </m:e>
                </m:mr>
                <m:mr>
                  <m:e>
                    <m:r>
                      <w:rPr>
                        <w:rFonts w:ascii="Cambria Math" w:hAnsi="Cambria Math"/>
                      </w:rPr>
                      <m:t>30</m:t>
                    </m:r>
                  </m:e>
                  <m:e>
                    <m:r>
                      <w:rPr>
                        <w:rFonts w:ascii="Cambria Math" w:hAnsi="Cambria Math"/>
                      </w:rPr>
                      <m:t>30</m:t>
                    </m:r>
                  </m:e>
                  <m:e>
                    <m:r>
                      <w:rPr>
                        <w:rFonts w:ascii="Cambria Math" w:hAnsi="Cambria Math"/>
                      </w:rPr>
                      <m:t>30</m:t>
                    </m:r>
                  </m:e>
                  <m:e>
                    <m:r>
                      <w:rPr>
                        <w:rFonts w:ascii="Cambria Math" w:hAnsi="Cambria Math"/>
                      </w:rPr>
                      <m:t>70</m:t>
                    </m:r>
                  </m:e>
                  <m:e>
                    <m:r>
                      <w:rPr>
                        <w:rFonts w:ascii="Cambria Math" w:hAnsi="Cambria Math"/>
                      </w:rPr>
                      <m:t>70</m:t>
                    </m:r>
                  </m:e>
                  <m:e>
                    <m:r>
                      <w:rPr>
                        <w:rFonts w:ascii="Cambria Math" w:hAnsi="Cambria Math"/>
                      </w:rPr>
                      <m:t>70</m:t>
                    </m:r>
                  </m:e>
                </m:mr>
                <m:mr>
                  <m:e>
                    <m:r>
                      <w:rPr>
                        <w:rFonts w:ascii="Cambria Math" w:hAnsi="Cambria Math"/>
                      </w:rPr>
                      <m:t>30</m:t>
                    </m:r>
                  </m:e>
                  <m:e>
                    <m:r>
                      <w:rPr>
                        <w:rFonts w:ascii="Cambria Math" w:hAnsi="Cambria Math"/>
                      </w:rPr>
                      <m:t>30</m:t>
                    </m:r>
                  </m:e>
                  <m:e>
                    <m:r>
                      <w:rPr>
                        <w:rFonts w:ascii="Cambria Math" w:hAnsi="Cambria Math"/>
                      </w:rPr>
                      <m:t>30</m:t>
                    </m:r>
                  </m:e>
                  <m:e>
                    <m:r>
                      <w:rPr>
                        <w:rFonts w:ascii="Cambria Math" w:hAnsi="Cambria Math"/>
                      </w:rPr>
                      <m:t>70</m:t>
                    </m:r>
                  </m:e>
                  <m:e>
                    <m:r>
                      <w:rPr>
                        <w:rFonts w:ascii="Cambria Math" w:hAnsi="Cambria Math"/>
                      </w:rPr>
                      <m:t>70</m:t>
                    </m:r>
                  </m:e>
                  <m:e>
                    <m:r>
                      <w:rPr>
                        <w:rFonts w:ascii="Cambria Math" w:hAnsi="Cambria Math"/>
                      </w:rPr>
                      <m:t>70</m:t>
                    </m:r>
                  </m:e>
                </m:mr>
                <m:mr>
                  <m:e>
                    <m:r>
                      <w:rPr>
                        <w:rFonts w:ascii="Cambria Math" w:hAnsi="Cambria Math"/>
                      </w:rPr>
                      <m:t>30</m:t>
                    </m:r>
                  </m:e>
                  <m:e>
                    <m:r>
                      <w:rPr>
                        <w:rFonts w:ascii="Cambria Math" w:hAnsi="Cambria Math"/>
                      </w:rPr>
                      <m:t>30</m:t>
                    </m:r>
                  </m:e>
                  <m:e>
                    <m:r>
                      <w:rPr>
                        <w:rFonts w:ascii="Cambria Math" w:hAnsi="Cambria Math"/>
                      </w:rPr>
                      <m:t>30</m:t>
                    </m:r>
                  </m:e>
                  <m:e>
                    <m:r>
                      <w:rPr>
                        <w:rFonts w:ascii="Cambria Math" w:hAnsi="Cambria Math"/>
                      </w:rPr>
                      <m:t>70</m:t>
                    </m:r>
                  </m:e>
                  <m:e>
                    <m:r>
                      <w:rPr>
                        <w:rFonts w:ascii="Cambria Math" w:hAnsi="Cambria Math"/>
                      </w:rPr>
                      <m:t>70</m:t>
                    </m:r>
                  </m:e>
                  <m:e>
                    <m:r>
                      <w:rPr>
                        <w:rFonts w:ascii="Cambria Math" w:hAnsi="Cambria Math"/>
                      </w:rPr>
                      <m:t>70</m:t>
                    </m:r>
                  </m:e>
                </m:mr>
              </m:m>
            </m:e>
          </m:d>
        </m:oMath>
      </m:oMathPara>
    </w:p>
    <w:p w14:paraId="3E650FF0" w14:textId="77777777" w:rsidR="00101863" w:rsidRDefault="00BD075A">
      <w:pPr>
        <w:keepLines/>
        <w:spacing w:before="60" w:after="60"/>
      </w:pPr>
      <w:r>
        <w:t>Work / answer: ________________________________________________________________</w:t>
      </w:r>
    </w:p>
    <w:p w14:paraId="46213E08" w14:textId="77777777" w:rsidR="00101863" w:rsidRDefault="00BD075A">
      <w:pPr>
        <w:keepNext/>
        <w:keepLines/>
        <w:spacing w:before="140" w:after="40"/>
      </w:pPr>
      <w:r>
        <w:rPr>
          <w:b/>
        </w:rPr>
        <w:t>41. Mean filter with three padding modes</w:t>
      </w:r>
      <w:r>
        <w:rPr>
          <w:i/>
          <w:sz w:val="18"/>
        </w:rPr>
        <w:t xml:space="preserve">  [9 marks | about 9 min]</w:t>
      </w:r>
    </w:p>
    <w:p w14:paraId="04559C91" w14:textId="77777777" w:rsidR="00101863" w:rsidRDefault="00BD075A">
      <w:pPr>
        <w:keepNext/>
        <w:keepLines/>
        <w:spacing w:after="40"/>
      </w:pPr>
      <w:r>
        <w:t>Apply the 3 × 3 mean kernel K=(1/9)ones(3,3) using same-size cross-correlation. Compute the output at the top-left pixel for each padding mode: (a) zero padding, (b) symmetric padding that mirrors and repeats the edge pixel, and (c) circular padding that wraps to the opposite edge. Show each padded 3 × 3 neighborhood. Then calculate the output at the interior pixel (row 2, column 2) and explain why padding does not change it.</w:t>
      </w:r>
    </w:p>
    <w:p w14:paraId="63640A1D" w14:textId="77777777" w:rsidR="00101863" w:rsidRDefault="00BD075A">
      <w:pPr>
        <w:keepNext/>
        <w:keepLines/>
        <w:spacing w:before="40"/>
        <w:jc w:val="center"/>
      </w:pPr>
      <m:oMathPara>
        <m:oMath>
          <m:r>
            <m:rPr>
              <m:nor/>
            </m:rPr>
            <m:t>K_mean = (1/9)1₃ˣ₃</m:t>
          </m:r>
        </m:oMath>
      </m:oMathPara>
    </w:p>
    <w:p w14:paraId="0FE4F785" w14:textId="77777777" w:rsidR="00101863" w:rsidRDefault="00BD075A">
      <w:pPr>
        <w:keepNext/>
        <w:keepLines/>
        <w:spacing w:after="20"/>
        <w:ind w:left="504"/>
      </w:pPr>
      <w:r>
        <w:t>I =</w:t>
      </w:r>
    </w:p>
    <w:p w14:paraId="5DF85BE4"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10</m:t>
                    </m:r>
                  </m:e>
                  <m:e>
                    <m:r>
                      <w:rPr>
                        <w:rFonts w:ascii="Cambria Math" w:hAnsi="Cambria Math"/>
                      </w:rPr>
                      <m:t>20</m:t>
                    </m:r>
                  </m:e>
                  <m:e>
                    <m:r>
                      <w:rPr>
                        <w:rFonts w:ascii="Cambria Math" w:hAnsi="Cambria Math"/>
                      </w:rPr>
                      <m:t>30</m:t>
                    </m:r>
                  </m:e>
                  <m:e>
                    <m:r>
                      <w:rPr>
                        <w:rFonts w:ascii="Cambria Math" w:hAnsi="Cambria Math"/>
                      </w:rPr>
                      <m:t>40</m:t>
                    </m:r>
                  </m:e>
                </m:mr>
                <m:mr>
                  <m:e>
                    <m:r>
                      <w:rPr>
                        <w:rFonts w:ascii="Cambria Math" w:hAnsi="Cambria Math"/>
                      </w:rPr>
                      <m:t>50</m:t>
                    </m:r>
                  </m:e>
                  <m:e>
                    <m:r>
                      <w:rPr>
                        <w:rFonts w:ascii="Cambria Math" w:hAnsi="Cambria Math"/>
                      </w:rPr>
                      <m:t>60</m:t>
                    </m:r>
                  </m:e>
                  <m:e>
                    <m:r>
                      <w:rPr>
                        <w:rFonts w:ascii="Cambria Math" w:hAnsi="Cambria Math"/>
                      </w:rPr>
                      <m:t>70</m:t>
                    </m:r>
                  </m:e>
                  <m:e>
                    <m:r>
                      <w:rPr>
                        <w:rFonts w:ascii="Cambria Math" w:hAnsi="Cambria Math"/>
                      </w:rPr>
                      <m:t>80</m:t>
                    </m:r>
                  </m:e>
                </m:mr>
                <m:mr>
                  <m:e>
                    <m:r>
                      <w:rPr>
                        <w:rFonts w:ascii="Cambria Math" w:hAnsi="Cambria Math"/>
                      </w:rPr>
                      <m:t>90</m:t>
                    </m:r>
                  </m:e>
                  <m:e>
                    <m:r>
                      <w:rPr>
                        <w:rFonts w:ascii="Cambria Math" w:hAnsi="Cambria Math"/>
                      </w:rPr>
                      <m:t>100</m:t>
                    </m:r>
                  </m:e>
                  <m:e>
                    <m:r>
                      <w:rPr>
                        <w:rFonts w:ascii="Cambria Math" w:hAnsi="Cambria Math"/>
                      </w:rPr>
                      <m:t>110</m:t>
                    </m:r>
                  </m:e>
                  <m:e>
                    <m:r>
                      <w:rPr>
                        <w:rFonts w:ascii="Cambria Math" w:hAnsi="Cambria Math"/>
                      </w:rPr>
                      <m:t>120</m:t>
                    </m:r>
                  </m:e>
                </m:mr>
                <m:mr>
                  <m:e>
                    <m:r>
                      <w:rPr>
                        <w:rFonts w:ascii="Cambria Math" w:hAnsi="Cambria Math"/>
                      </w:rPr>
                      <m:t>130</m:t>
                    </m:r>
                  </m:e>
                  <m:e>
                    <m:r>
                      <w:rPr>
                        <w:rFonts w:ascii="Cambria Math" w:hAnsi="Cambria Math"/>
                      </w:rPr>
                      <m:t>140</m:t>
                    </m:r>
                  </m:e>
                  <m:e>
                    <m:r>
                      <w:rPr>
                        <w:rFonts w:ascii="Cambria Math" w:hAnsi="Cambria Math"/>
                      </w:rPr>
                      <m:t>150</m:t>
                    </m:r>
                  </m:e>
                  <m:e>
                    <m:r>
                      <w:rPr>
                        <w:rFonts w:ascii="Cambria Math" w:hAnsi="Cambria Math"/>
                      </w:rPr>
                      <m:t>160</m:t>
                    </m:r>
                  </m:e>
                </m:mr>
              </m:m>
            </m:e>
          </m:d>
        </m:oMath>
      </m:oMathPara>
    </w:p>
    <w:p w14:paraId="655F8A04" w14:textId="77777777" w:rsidR="00101863" w:rsidRDefault="00BD075A">
      <w:pPr>
        <w:keepLines/>
        <w:spacing w:before="60" w:after="60"/>
      </w:pPr>
      <w:r>
        <w:t>Work / answer: ________________________________________________________________</w:t>
      </w:r>
    </w:p>
    <w:p w14:paraId="1D3EA3FB" w14:textId="77777777" w:rsidR="00101863" w:rsidRDefault="00BD075A">
      <w:pPr>
        <w:keepNext/>
        <w:keepLines/>
        <w:spacing w:before="140" w:after="40"/>
      </w:pPr>
      <w:r>
        <w:rPr>
          <w:b/>
        </w:rPr>
        <w:lastRenderedPageBreak/>
        <w:t>42. Gaussian filter with three padding modes</w:t>
      </w:r>
      <w:r>
        <w:rPr>
          <w:i/>
          <w:sz w:val="18"/>
        </w:rPr>
        <w:t xml:space="preserve">  [9 marks | about 9 min]</w:t>
      </w:r>
    </w:p>
    <w:p w14:paraId="07259693" w14:textId="77777777" w:rsidR="00101863" w:rsidRDefault="00BD075A">
      <w:pPr>
        <w:keepNext/>
        <w:keepLines/>
        <w:spacing w:after="40"/>
      </w:pPr>
      <w:r>
        <w:t>Use the same 4 × 4 image and padding definitions from Problem 41. Apply the Gaussian kernel K=(1/16)[[1,2,1],[2,4,2],[1,2,1]] using same-size cross-correlation. Compute the top-left output for zero, symmetric, and circular padding. Also compute the output at row 2, column 2. Compare the corner results with the mean-filter results from Problem 41.</w:t>
      </w:r>
    </w:p>
    <w:p w14:paraId="480E3655" w14:textId="77777777" w:rsidR="00101863" w:rsidRDefault="00BD075A">
      <w:pPr>
        <w:keepNext/>
        <w:keepLines/>
        <w:spacing w:after="20"/>
        <w:ind w:left="504"/>
      </w:pPr>
      <w:r>
        <w:t>I =</w:t>
      </w:r>
    </w:p>
    <w:p w14:paraId="644725CE"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10</m:t>
                    </m:r>
                  </m:e>
                  <m:e>
                    <m:r>
                      <w:rPr>
                        <w:rFonts w:ascii="Cambria Math" w:hAnsi="Cambria Math"/>
                      </w:rPr>
                      <m:t>20</m:t>
                    </m:r>
                  </m:e>
                  <m:e>
                    <m:r>
                      <w:rPr>
                        <w:rFonts w:ascii="Cambria Math" w:hAnsi="Cambria Math"/>
                      </w:rPr>
                      <m:t>30</m:t>
                    </m:r>
                  </m:e>
                  <m:e>
                    <m:r>
                      <w:rPr>
                        <w:rFonts w:ascii="Cambria Math" w:hAnsi="Cambria Math"/>
                      </w:rPr>
                      <m:t>40</m:t>
                    </m:r>
                  </m:e>
                </m:mr>
                <m:mr>
                  <m:e>
                    <m:r>
                      <w:rPr>
                        <w:rFonts w:ascii="Cambria Math" w:hAnsi="Cambria Math"/>
                      </w:rPr>
                      <m:t>50</m:t>
                    </m:r>
                  </m:e>
                  <m:e>
                    <m:r>
                      <w:rPr>
                        <w:rFonts w:ascii="Cambria Math" w:hAnsi="Cambria Math"/>
                      </w:rPr>
                      <m:t>60</m:t>
                    </m:r>
                  </m:e>
                  <m:e>
                    <m:r>
                      <w:rPr>
                        <w:rFonts w:ascii="Cambria Math" w:hAnsi="Cambria Math"/>
                      </w:rPr>
                      <m:t>70</m:t>
                    </m:r>
                  </m:e>
                  <m:e>
                    <m:r>
                      <w:rPr>
                        <w:rFonts w:ascii="Cambria Math" w:hAnsi="Cambria Math"/>
                      </w:rPr>
                      <m:t>80</m:t>
                    </m:r>
                  </m:e>
                </m:mr>
                <m:mr>
                  <m:e>
                    <m:r>
                      <w:rPr>
                        <w:rFonts w:ascii="Cambria Math" w:hAnsi="Cambria Math"/>
                      </w:rPr>
                      <m:t>90</m:t>
                    </m:r>
                  </m:e>
                  <m:e>
                    <m:r>
                      <w:rPr>
                        <w:rFonts w:ascii="Cambria Math" w:hAnsi="Cambria Math"/>
                      </w:rPr>
                      <m:t>100</m:t>
                    </m:r>
                  </m:e>
                  <m:e>
                    <m:r>
                      <w:rPr>
                        <w:rFonts w:ascii="Cambria Math" w:hAnsi="Cambria Math"/>
                      </w:rPr>
                      <m:t>110</m:t>
                    </m:r>
                  </m:e>
                  <m:e>
                    <m:r>
                      <w:rPr>
                        <w:rFonts w:ascii="Cambria Math" w:hAnsi="Cambria Math"/>
                      </w:rPr>
                      <m:t>120</m:t>
                    </m:r>
                  </m:e>
                </m:mr>
                <m:mr>
                  <m:e>
                    <m:r>
                      <w:rPr>
                        <w:rFonts w:ascii="Cambria Math" w:hAnsi="Cambria Math"/>
                      </w:rPr>
                      <m:t>130</m:t>
                    </m:r>
                  </m:e>
                  <m:e>
                    <m:r>
                      <w:rPr>
                        <w:rFonts w:ascii="Cambria Math" w:hAnsi="Cambria Math"/>
                      </w:rPr>
                      <m:t>140</m:t>
                    </m:r>
                  </m:e>
                  <m:e>
                    <m:r>
                      <w:rPr>
                        <w:rFonts w:ascii="Cambria Math" w:hAnsi="Cambria Math"/>
                      </w:rPr>
                      <m:t>150</m:t>
                    </m:r>
                  </m:e>
                  <m:e>
                    <m:r>
                      <w:rPr>
                        <w:rFonts w:ascii="Cambria Math" w:hAnsi="Cambria Math"/>
                      </w:rPr>
                      <m:t>160</m:t>
                    </m:r>
                  </m:e>
                </m:mr>
              </m:m>
            </m:e>
          </m:d>
        </m:oMath>
      </m:oMathPara>
    </w:p>
    <w:p w14:paraId="352A5B64" w14:textId="77777777" w:rsidR="00101863" w:rsidRDefault="00BD075A">
      <w:pPr>
        <w:keepNext/>
        <w:keepLines/>
        <w:spacing w:after="60"/>
        <w:jc w:val="center"/>
      </w:pPr>
      <m:oMathPara>
        <m:oMath>
          <m:r>
            <m:rPr>
              <m:nor/>
            </m:rPr>
            <m:t>K =</m:t>
          </m:r>
          <m:f>
            <m:fPr>
              <m:ctrlPr>
                <w:rPr>
                  <w:rFonts w:ascii="Cambria Math" w:hAnsi="Cambria Math"/>
                </w:rPr>
              </m:ctrlPr>
            </m:fPr>
            <m:num>
              <m:r>
                <w:rPr>
                  <w:rFonts w:ascii="Cambria Math" w:hAnsi="Cambria Math"/>
                </w:rPr>
                <m:t>1</m:t>
              </m:r>
            </m:num>
            <m:den>
              <m:r>
                <w:rPr>
                  <w:rFonts w:ascii="Cambria Math" w:hAnsi="Cambria Math"/>
                </w:rPr>
                <m:t>16</m:t>
              </m:r>
            </m:den>
          </m:f>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1</m:t>
                    </m:r>
                  </m:e>
                  <m:e>
                    <m:r>
                      <w:rPr>
                        <w:rFonts w:ascii="Cambria Math" w:hAnsi="Cambria Math"/>
                      </w:rPr>
                      <m:t>2</m:t>
                    </m:r>
                  </m:e>
                  <m:e>
                    <m:r>
                      <w:rPr>
                        <w:rFonts w:ascii="Cambria Math" w:hAnsi="Cambria Math"/>
                      </w:rPr>
                      <m:t>1</m:t>
                    </m:r>
                  </m:e>
                </m:mr>
                <m:mr>
                  <m:e>
                    <m:r>
                      <w:rPr>
                        <w:rFonts w:ascii="Cambria Math" w:hAnsi="Cambria Math"/>
                      </w:rPr>
                      <m:t>2</m:t>
                    </m:r>
                  </m:e>
                  <m:e>
                    <m:r>
                      <w:rPr>
                        <w:rFonts w:ascii="Cambria Math" w:hAnsi="Cambria Math"/>
                      </w:rPr>
                      <m:t>4</m:t>
                    </m:r>
                  </m:e>
                  <m:e>
                    <m:r>
                      <w:rPr>
                        <w:rFonts w:ascii="Cambria Math" w:hAnsi="Cambria Math"/>
                      </w:rPr>
                      <m:t>2</m:t>
                    </m:r>
                  </m:e>
                </m:mr>
                <m:mr>
                  <m:e>
                    <m:r>
                      <w:rPr>
                        <w:rFonts w:ascii="Cambria Math" w:hAnsi="Cambria Math"/>
                      </w:rPr>
                      <m:t>1</m:t>
                    </m:r>
                  </m:e>
                  <m:e>
                    <m:r>
                      <w:rPr>
                        <w:rFonts w:ascii="Cambria Math" w:hAnsi="Cambria Math"/>
                      </w:rPr>
                      <m:t>2</m:t>
                    </m:r>
                  </m:e>
                  <m:e>
                    <m:r>
                      <w:rPr>
                        <w:rFonts w:ascii="Cambria Math" w:hAnsi="Cambria Math"/>
                      </w:rPr>
                      <m:t>1</m:t>
                    </m:r>
                  </m:e>
                </m:mr>
              </m:m>
            </m:e>
          </m:d>
        </m:oMath>
      </m:oMathPara>
    </w:p>
    <w:p w14:paraId="588F03D8" w14:textId="77777777" w:rsidR="00101863" w:rsidRDefault="00BD075A">
      <w:pPr>
        <w:keepLines/>
        <w:spacing w:before="60" w:after="60"/>
      </w:pPr>
      <w:r>
        <w:t>Work / answer: ________________________________________________________________</w:t>
      </w:r>
    </w:p>
    <w:p w14:paraId="01936471" w14:textId="77777777" w:rsidR="00101863" w:rsidRDefault="00BD075A">
      <w:pPr>
        <w:keepNext/>
        <w:keepLines/>
        <w:spacing w:before="140" w:after="40"/>
      </w:pPr>
      <w:r>
        <w:rPr>
          <w:b/>
        </w:rPr>
        <w:t>43. Derivative filter with three padding modes</w:t>
      </w:r>
      <w:r>
        <w:rPr>
          <w:i/>
          <w:sz w:val="18"/>
        </w:rPr>
        <w:t xml:space="preserve">  [9 marks | about 9 min]</w:t>
      </w:r>
    </w:p>
    <w:p w14:paraId="0E80F6E8" w14:textId="77777777" w:rsidR="00101863" w:rsidRDefault="00BD075A">
      <w:pPr>
        <w:keepNext/>
        <w:keepLines/>
        <w:spacing w:after="40"/>
      </w:pPr>
      <w:r>
        <w:t>Use the same 4 × 4 image and padding definitions from Problem 41. Apply the horizontal derivative kernel Kx=[[0,0,0],[-1,0,1],[0,0,0]] using same-size cross-correlation. Compute the top-left output for zero, symmetric, and circular padding. Then compute the output at row 2, column 2. Explain the sign of each corner response and why the interior result is identical.</w:t>
      </w:r>
    </w:p>
    <w:p w14:paraId="048CCA13" w14:textId="77777777" w:rsidR="00101863" w:rsidRDefault="00BD075A">
      <w:pPr>
        <w:keepNext/>
        <w:keepLines/>
        <w:spacing w:after="20"/>
        <w:ind w:left="504"/>
      </w:pPr>
      <w:r>
        <w:t>I =</w:t>
      </w:r>
    </w:p>
    <w:p w14:paraId="2830E4D4"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10</m:t>
                    </m:r>
                  </m:e>
                  <m:e>
                    <m:r>
                      <w:rPr>
                        <w:rFonts w:ascii="Cambria Math" w:hAnsi="Cambria Math"/>
                      </w:rPr>
                      <m:t>20</m:t>
                    </m:r>
                  </m:e>
                  <m:e>
                    <m:r>
                      <w:rPr>
                        <w:rFonts w:ascii="Cambria Math" w:hAnsi="Cambria Math"/>
                      </w:rPr>
                      <m:t>30</m:t>
                    </m:r>
                  </m:e>
                  <m:e>
                    <m:r>
                      <w:rPr>
                        <w:rFonts w:ascii="Cambria Math" w:hAnsi="Cambria Math"/>
                      </w:rPr>
                      <m:t>40</m:t>
                    </m:r>
                  </m:e>
                </m:mr>
                <m:mr>
                  <m:e>
                    <m:r>
                      <w:rPr>
                        <w:rFonts w:ascii="Cambria Math" w:hAnsi="Cambria Math"/>
                      </w:rPr>
                      <m:t>50</m:t>
                    </m:r>
                  </m:e>
                  <m:e>
                    <m:r>
                      <w:rPr>
                        <w:rFonts w:ascii="Cambria Math" w:hAnsi="Cambria Math"/>
                      </w:rPr>
                      <m:t>60</m:t>
                    </m:r>
                  </m:e>
                  <m:e>
                    <m:r>
                      <w:rPr>
                        <w:rFonts w:ascii="Cambria Math" w:hAnsi="Cambria Math"/>
                      </w:rPr>
                      <m:t>70</m:t>
                    </m:r>
                  </m:e>
                  <m:e>
                    <m:r>
                      <w:rPr>
                        <w:rFonts w:ascii="Cambria Math" w:hAnsi="Cambria Math"/>
                      </w:rPr>
                      <m:t>80</m:t>
                    </m:r>
                  </m:e>
                </m:mr>
                <m:mr>
                  <m:e>
                    <m:r>
                      <w:rPr>
                        <w:rFonts w:ascii="Cambria Math" w:hAnsi="Cambria Math"/>
                      </w:rPr>
                      <m:t>90</m:t>
                    </m:r>
                  </m:e>
                  <m:e>
                    <m:r>
                      <w:rPr>
                        <w:rFonts w:ascii="Cambria Math" w:hAnsi="Cambria Math"/>
                      </w:rPr>
                      <m:t>100</m:t>
                    </m:r>
                  </m:e>
                  <m:e>
                    <m:r>
                      <w:rPr>
                        <w:rFonts w:ascii="Cambria Math" w:hAnsi="Cambria Math"/>
                      </w:rPr>
                      <m:t>110</m:t>
                    </m:r>
                  </m:e>
                  <m:e>
                    <m:r>
                      <w:rPr>
                        <w:rFonts w:ascii="Cambria Math" w:hAnsi="Cambria Math"/>
                      </w:rPr>
                      <m:t>120</m:t>
                    </m:r>
                  </m:e>
                </m:mr>
                <m:mr>
                  <m:e>
                    <m:r>
                      <w:rPr>
                        <w:rFonts w:ascii="Cambria Math" w:hAnsi="Cambria Math"/>
                      </w:rPr>
                      <m:t>130</m:t>
                    </m:r>
                  </m:e>
                  <m:e>
                    <m:r>
                      <w:rPr>
                        <w:rFonts w:ascii="Cambria Math" w:hAnsi="Cambria Math"/>
                      </w:rPr>
                      <m:t>140</m:t>
                    </m:r>
                  </m:e>
                  <m:e>
                    <m:r>
                      <w:rPr>
                        <w:rFonts w:ascii="Cambria Math" w:hAnsi="Cambria Math"/>
                      </w:rPr>
                      <m:t>150</m:t>
                    </m:r>
                  </m:e>
                  <m:e>
                    <m:r>
                      <w:rPr>
                        <w:rFonts w:ascii="Cambria Math" w:hAnsi="Cambria Math"/>
                      </w:rPr>
                      <m:t>160</m:t>
                    </m:r>
                  </m:e>
                </m:mr>
              </m:m>
            </m:e>
          </m:d>
        </m:oMath>
      </m:oMathPara>
    </w:p>
    <w:p w14:paraId="4E73A361" w14:textId="77777777" w:rsidR="00101863" w:rsidRDefault="00BD075A">
      <w:pPr>
        <w:keepNext/>
        <w:keepLines/>
        <w:spacing w:after="60"/>
        <w:jc w:val="center"/>
      </w:pPr>
      <m:oMathPara>
        <m:oMath>
          <m:r>
            <m:rPr>
              <m:nor/>
            </m:rPr>
            <m:t>Kx =</m:t>
          </m:r>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m:t>
                    </m:r>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0</m:t>
                    </m:r>
                  </m:e>
                  <m:e>
                    <m:r>
                      <w:rPr>
                        <w:rFonts w:ascii="Cambria Math" w:hAnsi="Cambria Math"/>
                      </w:rPr>
                      <m:t>0</m:t>
                    </m:r>
                  </m:e>
                </m:mr>
              </m:m>
            </m:e>
          </m:d>
        </m:oMath>
      </m:oMathPara>
    </w:p>
    <w:p w14:paraId="07190359" w14:textId="77777777" w:rsidR="00101863" w:rsidRDefault="00BD075A">
      <w:pPr>
        <w:keepLines/>
        <w:spacing w:before="60" w:after="60"/>
      </w:pPr>
      <w:r>
        <w:t>Work / answer: ________________________________________________________________</w:t>
      </w:r>
    </w:p>
    <w:p w14:paraId="65A2223B" w14:textId="77777777" w:rsidR="00101863" w:rsidRDefault="00BD075A">
      <w:r>
        <w:br w:type="page"/>
      </w:r>
    </w:p>
    <w:p w14:paraId="1808146B" w14:textId="77777777" w:rsidR="00101863" w:rsidRDefault="00BD075A">
      <w:pPr>
        <w:pStyle w:val="Heading1"/>
      </w:pPr>
      <w:r>
        <w:lastRenderedPageBreak/>
        <w:t>Instructor Worked Solutions</w:t>
      </w:r>
    </w:p>
    <w:p w14:paraId="0903FE54" w14:textId="77777777" w:rsidR="00101863" w:rsidRDefault="00BD075A">
      <w:r>
        <w:t>The calculations below show the intended method and result. Award method marks when a student demonstrates the correct process but makes a minor arithmetic error.</w:t>
      </w:r>
    </w:p>
    <w:p w14:paraId="79408B7E" w14:textId="77777777" w:rsidR="00101863" w:rsidRDefault="00BD075A">
      <w:pPr>
        <w:pStyle w:val="Heading2"/>
      </w:pPr>
      <w:r>
        <w:t>Section A Solutions</w:t>
      </w:r>
    </w:p>
    <w:p w14:paraId="3C345CB5" w14:textId="77777777" w:rsidR="00101863" w:rsidRDefault="00BD075A">
      <w:pPr>
        <w:keepNext/>
        <w:keepLines/>
        <w:spacing w:before="140" w:after="40"/>
      </w:pPr>
      <w:r>
        <w:rPr>
          <w:b/>
        </w:rPr>
        <w:t>1. From pixels to a vision decision (4 marks)</w:t>
      </w:r>
    </w:p>
    <w:p w14:paraId="3FD55004" w14:textId="77777777" w:rsidR="00101863" w:rsidRDefault="00BD075A">
      <w:pPr>
        <w:keepLines/>
        <w:spacing w:after="60"/>
      </w:pPr>
      <w:r>
        <w:t>One valid pipeline is: input = RGB video frame; preprocessing = resize and brightness correction; main algorithm = car detection; postprocessing = remove duplicate boxes and associate detections with the gate line; decision = increment the count when a tracked car crosses the line. The main tasks are object detection plus tracking/counting. Equivalent sensible pipelines earn full credit.</w:t>
      </w:r>
    </w:p>
    <w:p w14:paraId="756B6F22" w14:textId="77777777" w:rsidR="00101863" w:rsidRDefault="00BD075A">
      <w:pPr>
        <w:keepNext/>
        <w:keepLines/>
        <w:spacing w:before="140" w:after="40"/>
      </w:pPr>
      <w:r>
        <w:rPr>
          <w:b/>
        </w:rPr>
        <w:t>2. Image statistics and thresholding (5 marks)</w:t>
      </w:r>
    </w:p>
    <w:p w14:paraId="359368B5" w14:textId="77777777" w:rsidR="00101863" w:rsidRDefault="00BD075A">
      <w:pPr>
        <w:keepNext/>
        <w:keepLines/>
        <w:spacing w:before="40"/>
        <w:jc w:val="center"/>
      </w:pPr>
      <m:oMathPara>
        <m:oMath>
          <m:r>
            <m:rPr>
              <m:nor/>
            </m:rPr>
            <m:t>min(I)=10, max(I)=120, mean(I)=64.8, mean(row 3)=49</m:t>
          </m:r>
        </m:oMath>
      </m:oMathPara>
    </w:p>
    <w:p w14:paraId="7324BD3F" w14:textId="77777777" w:rsidR="00101863" w:rsidRDefault="00BD075A">
      <w:pPr>
        <w:keepNext/>
        <w:keepLines/>
        <w:spacing w:after="60"/>
      </w:pPr>
      <w:r>
        <w:t>Minimum = 10; maximum = 120. The sum is 1620, so mean = 1620/25 = 64.8. Row 3 mean = (15+25+40+80+85)/5 = 49. The binary image is:</w:t>
      </w:r>
    </w:p>
    <w:p w14:paraId="637CFD64" w14:textId="77777777" w:rsidR="00101863" w:rsidRDefault="00BD075A">
      <w:pPr>
        <w:keepLines/>
        <w:spacing w:after="60"/>
        <w:jc w:val="center"/>
      </w:pPr>
      <m:oMathPara>
        <m:oMath>
          <m:d>
            <m:dPr>
              <m:begChr m:val="["/>
              <m:endChr m:val="]"/>
              <m:ctrlPr>
                <w:rPr>
                  <w:rFonts w:ascii="Cambria Math" w:hAnsi="Cambria Math"/>
                </w:rPr>
              </m:ctrlPr>
            </m:dPr>
            <m:e>
              <m:m>
                <m:mPr>
                  <m:plcHide m:val="1"/>
                  <m:mcs>
                    <m:mc>
                      <m:mcPr>
                        <m:count m:val="5"/>
                        <m:mcJc m:val="center"/>
                      </m:mcPr>
                    </m:mc>
                  </m:mcs>
                  <m:ctrlPr>
                    <w:rPr>
                      <w:rFonts w:ascii="Cambria Math" w:hAnsi="Cambria Math"/>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
            </m:e>
          </m:d>
        </m:oMath>
      </m:oMathPara>
    </w:p>
    <w:p w14:paraId="1E3479D9" w14:textId="77777777" w:rsidR="00101863" w:rsidRDefault="00BD075A">
      <w:pPr>
        <w:keepNext/>
        <w:keepLines/>
        <w:spacing w:before="140" w:after="40"/>
      </w:pPr>
      <w:r>
        <w:rPr>
          <w:b/>
        </w:rPr>
        <w:t>3. Bits, levels, and storage (4 marks)</w:t>
      </w:r>
    </w:p>
    <w:p w14:paraId="5E333805" w14:textId="77777777" w:rsidR="00101863" w:rsidRDefault="00BD075A">
      <w:pPr>
        <w:keepNext/>
        <w:keepLines/>
        <w:spacing w:before="40"/>
        <w:jc w:val="center"/>
      </w:pPr>
      <m:oMathPara>
        <m:oMath>
          <m:r>
            <m:rPr>
              <m:nor/>
            </m:rPr>
            <m:t>S_gray=307200 bytes, S_RGB=921600 bytes≈0.879 MiB, levels=256</m:t>
          </m:r>
        </m:oMath>
      </m:oMathPara>
    </w:p>
    <w:p w14:paraId="6DF90EE0" w14:textId="77777777" w:rsidR="00101863" w:rsidRDefault="00BD075A">
      <w:pPr>
        <w:keepLines/>
        <w:spacing w:after="60"/>
      </w:pPr>
      <w:r>
        <w:t>Pixels = 640x480 = 307,200. Grayscale storage = 307,200x1 = 307,200 bytes. RGB storage = 307,200x3 = 921,600 bytes = 921,600/1,048,576 = 0.879 MiB (approximately 0.88 MiB). One 8-bit channel has 2^8 = 256 levels, numbered 0 to 255.</w:t>
      </w:r>
    </w:p>
    <w:p w14:paraId="06BC9945" w14:textId="77777777" w:rsidR="00101863" w:rsidRDefault="00BD075A">
      <w:pPr>
        <w:keepNext/>
        <w:keepLines/>
        <w:spacing w:before="140" w:after="40"/>
      </w:pPr>
      <w:r>
        <w:rPr>
          <w:b/>
        </w:rPr>
        <w:t>4. Choose the required output (4 marks)</w:t>
      </w:r>
    </w:p>
    <w:p w14:paraId="0C50A324" w14:textId="77777777" w:rsidR="00101863" w:rsidRDefault="00BD075A">
      <w:pPr>
        <w:keepLines/>
        <w:spacing w:after="60"/>
      </w:pPr>
      <w:r>
        <w:t>Classification: one or more image-level labels such as 'road scene/cars.' Localization: a class label and one bounding box for the selected car. Detection: three car labels with three bounding boxes (and usually confidence scores). Semantic segmentation: a class label at every pixel, such as car/road/background. Tracking: a position or box in each frame together with a persistent ID for each car.</w:t>
      </w:r>
    </w:p>
    <w:p w14:paraId="0C8F62F7" w14:textId="77777777" w:rsidR="00101863" w:rsidRDefault="00BD075A">
      <w:pPr>
        <w:pStyle w:val="Heading2"/>
      </w:pPr>
      <w:r>
        <w:t>Section B Solutions</w:t>
      </w:r>
    </w:p>
    <w:p w14:paraId="73D44AC2" w14:textId="77777777" w:rsidR="00101863" w:rsidRDefault="00BD075A">
      <w:pPr>
        <w:keepNext/>
        <w:keepLines/>
        <w:spacing w:before="140" w:after="40"/>
      </w:pPr>
      <w:r>
        <w:rPr>
          <w:b/>
        </w:rPr>
        <w:t>5. Vector magnitude, distance, and direction (5 marks)</w:t>
      </w:r>
    </w:p>
    <w:p w14:paraId="3244FB0D" w14:textId="77777777" w:rsidR="00101863" w:rsidRDefault="00BD075A">
      <w:pPr>
        <w:keepNext/>
        <w:keepLines/>
        <w:spacing w:before="40"/>
        <w:jc w:val="center"/>
      </w:pPr>
      <m:oMathPara>
        <m:oMath>
          <m:r>
            <m:rPr>
              <m:nor/>
            </m:rPr>
            <m:t>‖a‖₂=5, ‖q-p‖₂=10, a·b=50, θ=0°</m:t>
          </m:r>
        </m:oMath>
      </m:oMathPara>
    </w:p>
    <w:p w14:paraId="1B5FDDE5" w14:textId="77777777" w:rsidR="00101863" w:rsidRDefault="00BD075A">
      <w:pPr>
        <w:keepLines/>
        <w:spacing w:after="60"/>
      </w:pPr>
      <w:r>
        <w:t>||a||_2=√(3²+4²)=5. q-p=(6,8), so distance=√(6²+8²)=10. a dot b=3(6)+4(8)=50. ||b||=10, so cos(theta)=50/(5x10)=1 and theta=0 degrees. The vectors point in the same direction.</w:t>
      </w:r>
    </w:p>
    <w:p w14:paraId="47D04832" w14:textId="77777777" w:rsidR="00101863" w:rsidRDefault="00BD075A">
      <w:pPr>
        <w:keepNext/>
        <w:keepLines/>
        <w:spacing w:before="140" w:after="40"/>
      </w:pPr>
      <w:r>
        <w:rPr>
          <w:b/>
        </w:rPr>
        <w:t>6. Dot product using cosine (5 marks)</w:t>
      </w:r>
    </w:p>
    <w:p w14:paraId="1C6E943C" w14:textId="77777777" w:rsidR="00101863" w:rsidRDefault="00BD075A">
      <w:pPr>
        <w:keepNext/>
        <w:keepLines/>
        <w:spacing w:before="40"/>
        <w:jc w:val="center"/>
      </w:pPr>
      <m:oMathPara>
        <m:oMath>
          <m:r>
            <m:rPr>
              <m:nor/>
            </m:rPr>
            <m:t>p₁·p₂=4, ‖p₁‖₂‖p₂‖₂cos(0°)=4</m:t>
          </m:r>
        </m:oMath>
      </m:oMathPara>
    </w:p>
    <w:p w14:paraId="5939951E" w14:textId="77777777" w:rsidR="00101863" w:rsidRDefault="00BD075A">
      <w:pPr>
        <w:keepLines/>
        <w:spacing w:after="60"/>
      </w:pPr>
      <w:r>
        <w:t>Component method: p1 dot p2=2(1)+2(1)=4. The vectors have the same direction, so theta=0 degrees and cos(theta)=1. ||p1||=√(8)=2√(2), ||p2||=√(2). Thus ||p1||||p2||cos(theta)=(2√(2))(√(2))(1)=4.</w:t>
      </w:r>
    </w:p>
    <w:p w14:paraId="111A7924" w14:textId="77777777" w:rsidR="00101863" w:rsidRDefault="00BD075A">
      <w:pPr>
        <w:keepNext/>
        <w:keepLines/>
        <w:spacing w:before="140" w:after="40"/>
      </w:pPr>
      <w:r>
        <w:rPr>
          <w:b/>
        </w:rPr>
        <w:t>7. Orthogonality and projection (6 marks)</w:t>
      </w:r>
    </w:p>
    <w:p w14:paraId="3FA61A5E" w14:textId="77777777" w:rsidR="00101863" w:rsidRDefault="00BD075A">
      <w:pPr>
        <w:keepNext/>
        <w:keepLines/>
        <w:spacing w:before="40"/>
        <w:jc w:val="center"/>
      </w:pPr>
      <m:oMathPara>
        <m:oMath>
          <m:r>
            <m:rPr>
              <m:nor/>
            </m:rPr>
            <m:t>a·c=0, projₐ(c)=(0,0)</m:t>
          </m:r>
          <m:r>
            <m:rPr>
              <m:nor/>
            </m:rPr>
            <m:t>ᵀ</m:t>
          </m:r>
          <m:r>
            <m:rPr>
              <m:nor/>
            </m:rPr>
            <m:t>, area=25</m:t>
          </m:r>
        </m:oMath>
      </m:oMathPara>
    </w:p>
    <w:p w14:paraId="624E5C24" w14:textId="77777777" w:rsidR="00101863" w:rsidRDefault="00BD075A">
      <w:pPr>
        <w:keepLines/>
        <w:spacing w:after="60"/>
      </w:pPr>
      <w:r>
        <w:t>a dot c=3(-4)+4(3)=0, so the nonzero vectors are perpendicular. proj_a(c)=[(c dot a)/(a dot a)]a=0a=(0,0). Parallelogram area=|3(3)-4(-4)|=|9+16|=25.</w:t>
      </w:r>
    </w:p>
    <w:p w14:paraId="7331C2AB" w14:textId="77777777" w:rsidR="00101863" w:rsidRDefault="00BD075A">
      <w:pPr>
        <w:keepNext/>
        <w:keepLines/>
        <w:spacing w:before="140" w:after="40"/>
      </w:pPr>
      <w:r>
        <w:rPr>
          <w:b/>
        </w:rPr>
        <w:t>8. Three-dimensional cross product (6 marks)</w:t>
      </w:r>
    </w:p>
    <w:p w14:paraId="5706020C" w14:textId="77777777" w:rsidR="00101863" w:rsidRDefault="00BD075A">
      <w:pPr>
        <w:keepNext/>
        <w:keepLines/>
        <w:spacing w:before="40"/>
        <w:jc w:val="center"/>
      </w:pPr>
      <m:oMathPara>
        <m:oMath>
          <m:r>
            <m:rPr>
              <m:nor/>
            </m:rPr>
            <m:t>u×v=(2,-1,-4)</m:t>
          </m:r>
          <m:r>
            <m:rPr>
              <m:nor/>
            </m:rPr>
            <m:t>ᵀ</m:t>
          </m:r>
          <m:r>
            <m:rPr>
              <m:nor/>
            </m:rPr>
            <m:t>, u·(u×v)=v·(u×v)=0, area=√21</m:t>
          </m:r>
        </m:oMath>
      </m:oMathPara>
    </w:p>
    <w:p w14:paraId="1C895DCE" w14:textId="77777777" w:rsidR="00101863" w:rsidRDefault="00BD075A">
      <w:pPr>
        <w:keepLines/>
        <w:spacing w:after="60"/>
      </w:pPr>
      <w:r>
        <w:t>u × v=(u2v3-u3v2, u3v1-u1v3, u1v2-u2v1)=(2,-1,-4). Check: u dot (u × v)=2-2+0=0 and v dot (u × v)=4+0-4=0. Area=||(2,-1,-4)||=√(4+1+16)=√(21).</w:t>
      </w:r>
    </w:p>
    <w:p w14:paraId="5CE05A56" w14:textId="77777777" w:rsidR="00101863" w:rsidRDefault="00BD075A">
      <w:pPr>
        <w:keepNext/>
        <w:keepLines/>
        <w:spacing w:before="140" w:after="40"/>
      </w:pPr>
      <w:r>
        <w:rPr>
          <w:b/>
        </w:rPr>
        <w:lastRenderedPageBreak/>
        <w:t>9. Matrix dimensions and multiplication (6 marks)</w:t>
      </w:r>
    </w:p>
    <w:p w14:paraId="25F67F6B" w14:textId="77777777" w:rsidR="00101863" w:rsidRDefault="00BD075A">
      <w:pPr>
        <w:keepNext/>
        <w:keepLines/>
        <w:spacing w:before="40"/>
        <w:jc w:val="center"/>
      </w:pPr>
      <m:oMathPara>
        <m:oMath>
          <m:r>
            <m:rPr>
              <m:nor/>
            </m:rPr>
            <m:t>AB=[[2,-3],[10,17]], BA=[[5,3,4],[-6,2,-8],[10,-1,12]]</m:t>
          </m:r>
        </m:oMath>
      </m:oMathPara>
    </w:p>
    <w:p w14:paraId="7C82EE1B" w14:textId="77777777" w:rsidR="00101863" w:rsidRDefault="00BD075A">
      <w:pPr>
        <w:keepNext/>
        <w:keepLines/>
        <w:spacing w:after="60"/>
      </w:pPr>
      <w:r>
        <w:t>A is 2x3 and B is 3x2, so AB is 2x2 and BA is 3x3.</w:t>
      </w:r>
    </w:p>
    <w:p w14:paraId="45F57187" w14:textId="77777777" w:rsidR="00101863" w:rsidRDefault="00BD075A">
      <w:pPr>
        <w:keepNext/>
        <w:keepLines/>
        <w:spacing w:after="60"/>
        <w:jc w:val="center"/>
      </w:pPr>
      <m:oMathPara>
        <m:oMath>
          <m:r>
            <m:rPr>
              <m:nor/>
            </m:rPr>
            <m:t>AB =</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2</m:t>
                    </m:r>
                  </m:e>
                  <m:e>
                    <m:r>
                      <w:rPr>
                        <w:rFonts w:ascii="Cambria Math" w:hAnsi="Cambria Math"/>
                      </w:rPr>
                      <m:t>-</m:t>
                    </m:r>
                    <m:r>
                      <w:rPr>
                        <w:rFonts w:ascii="Cambria Math" w:hAnsi="Cambria Math"/>
                      </w:rPr>
                      <m:t>3</m:t>
                    </m:r>
                  </m:e>
                </m:mr>
                <m:mr>
                  <m:e>
                    <m:r>
                      <w:rPr>
                        <w:rFonts w:ascii="Cambria Math" w:hAnsi="Cambria Math"/>
                      </w:rPr>
                      <m:t>10</m:t>
                    </m:r>
                  </m:e>
                  <m:e>
                    <m:r>
                      <w:rPr>
                        <w:rFonts w:ascii="Cambria Math" w:hAnsi="Cambria Math"/>
                      </w:rPr>
                      <m:t>17</m:t>
                    </m:r>
                  </m:e>
                </m:mr>
              </m:m>
            </m:e>
          </m:d>
        </m:oMath>
      </m:oMathPara>
    </w:p>
    <w:p w14:paraId="67A789ED" w14:textId="77777777" w:rsidR="00101863" w:rsidRDefault="00BD075A">
      <w:pPr>
        <w:keepLines/>
        <w:spacing w:after="60"/>
        <w:jc w:val="center"/>
      </w:pPr>
      <m:oMathPara>
        <m:oMath>
          <m:r>
            <m:rPr>
              <m:nor/>
            </m:rPr>
            <m:t>BA =</m:t>
          </m:r>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5</m:t>
                    </m:r>
                  </m:e>
                  <m:e>
                    <m:r>
                      <w:rPr>
                        <w:rFonts w:ascii="Cambria Math" w:hAnsi="Cambria Math"/>
                      </w:rPr>
                      <m:t>3</m:t>
                    </m:r>
                  </m:e>
                  <m:e>
                    <m:r>
                      <w:rPr>
                        <w:rFonts w:ascii="Cambria Math" w:hAnsi="Cambria Math"/>
                      </w:rPr>
                      <m:t>4</m:t>
                    </m:r>
                  </m:e>
                </m:mr>
                <m:mr>
                  <m:e>
                    <m:r>
                      <w:rPr>
                        <w:rFonts w:ascii="Cambria Math" w:hAnsi="Cambria Math"/>
                      </w:rPr>
                      <m:t>-</m:t>
                    </m:r>
                    <m:r>
                      <w:rPr>
                        <w:rFonts w:ascii="Cambria Math" w:hAnsi="Cambria Math"/>
                      </w:rPr>
                      <m:t>6</m:t>
                    </m:r>
                  </m:e>
                  <m:e>
                    <m:r>
                      <w:rPr>
                        <w:rFonts w:ascii="Cambria Math" w:hAnsi="Cambria Math"/>
                      </w:rPr>
                      <m:t>2</m:t>
                    </m:r>
                  </m:e>
                  <m:e>
                    <m:r>
                      <w:rPr>
                        <w:rFonts w:ascii="Cambria Math" w:hAnsi="Cambria Math"/>
                      </w:rPr>
                      <m:t>-</m:t>
                    </m:r>
                    <m:r>
                      <w:rPr>
                        <w:rFonts w:ascii="Cambria Math" w:hAnsi="Cambria Math"/>
                      </w:rPr>
                      <m:t>8</m:t>
                    </m:r>
                  </m:e>
                </m:mr>
                <m:mr>
                  <m:e>
                    <m:r>
                      <w:rPr>
                        <w:rFonts w:ascii="Cambria Math" w:hAnsi="Cambria Math"/>
                      </w:rPr>
                      <m:t>10</m:t>
                    </m:r>
                  </m:e>
                  <m:e>
                    <m:r>
                      <w:rPr>
                        <w:rFonts w:ascii="Cambria Math" w:hAnsi="Cambria Math"/>
                      </w:rPr>
                      <m:t>-</m:t>
                    </m:r>
                    <m:r>
                      <w:rPr>
                        <w:rFonts w:ascii="Cambria Math" w:hAnsi="Cambria Math"/>
                      </w:rPr>
                      <m:t>1</m:t>
                    </m:r>
                  </m:e>
                  <m:e>
                    <m:r>
                      <w:rPr>
                        <w:rFonts w:ascii="Cambria Math" w:hAnsi="Cambria Math"/>
                      </w:rPr>
                      <m:t>12</m:t>
                    </m:r>
                  </m:e>
                </m:mr>
              </m:m>
            </m:e>
          </m:d>
        </m:oMath>
      </m:oMathPara>
    </w:p>
    <w:p w14:paraId="7AAE73A7" w14:textId="77777777" w:rsidR="00101863" w:rsidRDefault="00BD075A">
      <w:pPr>
        <w:keepNext/>
        <w:keepLines/>
        <w:spacing w:before="140" w:after="40"/>
      </w:pPr>
      <w:r>
        <w:rPr>
          <w:b/>
        </w:rPr>
        <w:t>10. Determinant, inverse, and a linear system (7 marks)</w:t>
      </w:r>
    </w:p>
    <w:p w14:paraId="1197C1F6" w14:textId="77777777" w:rsidR="00101863" w:rsidRDefault="00BD075A">
      <w:pPr>
        <w:keepNext/>
        <w:keepLines/>
        <w:spacing w:before="40"/>
        <w:jc w:val="center"/>
      </w:pPr>
      <m:oMathPara>
        <m:oMath>
          <m:r>
            <m:rPr>
              <m:nor/>
            </m:rPr>
            <m:t>det(A)=1, A⁻¹=[[1,-1],[-1,2]], x=(3,1)</m:t>
          </m:r>
          <m:r>
            <m:rPr>
              <m:nor/>
            </m:rPr>
            <m:t>ᵀ</m:t>
          </m:r>
        </m:oMath>
      </m:oMathPara>
    </w:p>
    <w:p w14:paraId="05F8AA40" w14:textId="77777777" w:rsidR="00101863" w:rsidRDefault="00BD075A">
      <w:pPr>
        <w:keepLines/>
        <w:spacing w:after="60"/>
      </w:pPr>
      <w:r>
        <w:t>det(A)=2(1)-1(1)=1, so A is invertible. A⁻¹=[[1,-1],[-1,2]]. Then x=A⁻¹b=(7-4, -7+8)</w:t>
      </w:r>
      <w:r>
        <w:t>ᵀ</w:t>
      </w:r>
      <w:r>
        <w:t>=(3,1)</w:t>
      </w:r>
      <w:r>
        <w:t>ᵀ</w:t>
      </w:r>
      <w:r>
        <w:t>. Check: A(3,1)</w:t>
      </w:r>
      <w:r>
        <w:t>ᵀ</w:t>
      </w:r>
      <w:r>
        <w:t>=(7,4)</w:t>
      </w:r>
      <w:r>
        <w:t>ᵀ</w:t>
      </w:r>
      <w:r>
        <w:t>.</w:t>
      </w:r>
    </w:p>
    <w:p w14:paraId="2FA80F59" w14:textId="77777777" w:rsidR="00101863" w:rsidRDefault="00BD075A">
      <w:pPr>
        <w:keepNext/>
        <w:keepLines/>
        <w:spacing w:before="140" w:after="40"/>
      </w:pPr>
      <w:r>
        <w:rPr>
          <w:b/>
        </w:rPr>
        <w:t>11. Symmetric and skew-symmetric parts (6 marks)</w:t>
      </w:r>
    </w:p>
    <w:p w14:paraId="5D61A8B7" w14:textId="77777777" w:rsidR="00101863" w:rsidRDefault="00BD075A">
      <w:pPr>
        <w:keepNext/>
        <w:keepLines/>
        <w:spacing w:before="40"/>
        <w:jc w:val="center"/>
      </w:pPr>
      <m:oMathPara>
        <m:oMath>
          <m:r>
            <m:rPr>
              <m:nor/>
            </m:rPr>
            <m:t>S=[[2,1],[1,6]], K=[[0,3],[-3,0]]</m:t>
          </m:r>
        </m:oMath>
      </m:oMathPara>
    </w:p>
    <w:p w14:paraId="06925717" w14:textId="77777777" w:rsidR="00101863" w:rsidRDefault="00BD075A">
      <w:pPr>
        <w:keepLines/>
        <w:spacing w:after="60"/>
      </w:pPr>
      <w:r>
        <w:t>M</w:t>
      </w:r>
      <w:r>
        <w:t>ᵀ</w:t>
      </w:r>
      <w:r>
        <w:t>=[[2,-2],[4,6]]. Therefore S=[[2,1],[1,6]] and K=[[0,3],[-3,0]]. Adding gives [[2,4],[-2,6]]=M. Also S</w:t>
      </w:r>
      <w:r>
        <w:t>ᵀ</w:t>
      </w:r>
      <w:r>
        <w:t>=S and K</w:t>
      </w:r>
      <w:r>
        <w:t>ᵀ</w:t>
      </w:r>
      <w:r>
        <w:t>=-K.</w:t>
      </w:r>
    </w:p>
    <w:p w14:paraId="3723C255" w14:textId="77777777" w:rsidR="00101863" w:rsidRDefault="00BD075A">
      <w:pPr>
        <w:keepNext/>
        <w:keepLines/>
        <w:spacing w:before="140" w:after="40"/>
      </w:pPr>
      <w:r>
        <w:rPr>
          <w:b/>
        </w:rPr>
        <w:t>12. Images as arrays (5 marks)</w:t>
      </w:r>
    </w:p>
    <w:p w14:paraId="71E2FA76" w14:textId="77777777" w:rsidR="00101863" w:rsidRDefault="00BD075A">
      <w:pPr>
        <w:keepNext/>
        <w:keepLines/>
        <w:spacing w:before="40"/>
        <w:jc w:val="center"/>
      </w:pPr>
      <m:oMathPara>
        <m:oMath>
          <m:r>
            <m:rPr>
              <m:nor/>
            </m:rPr>
            <m:t>pixels=20, scalar values=60, storage=60 bytes, gray shape=(4,5)</m:t>
          </m:r>
        </m:oMath>
      </m:oMathPara>
    </w:p>
    <w:p w14:paraId="2BAF7AED" w14:textId="77777777" w:rsidR="00101863" w:rsidRDefault="00BD075A">
      <w:pPr>
        <w:keepLines/>
        <w:spacing w:after="60"/>
      </w:pPr>
      <w:r>
        <w:t>Pixels=4x5=20. Scalar channel values=4x5x3=60. uint8 uses one byte per value, so storage=60 bytes. Grayscale shape=(4,5). Transposing height and width gives shape=(5,4,3).</w:t>
      </w:r>
    </w:p>
    <w:p w14:paraId="060BABE5" w14:textId="77777777" w:rsidR="00101863" w:rsidRDefault="00BD075A">
      <w:pPr>
        <w:pStyle w:val="Heading2"/>
      </w:pPr>
      <w:r>
        <w:t>Section C Solutions</w:t>
      </w:r>
    </w:p>
    <w:p w14:paraId="08CE22D9" w14:textId="77777777" w:rsidR="00101863" w:rsidRDefault="00BD075A">
      <w:pPr>
        <w:keepNext/>
        <w:keepLines/>
        <w:spacing w:before="140" w:after="40"/>
      </w:pPr>
      <w:r>
        <w:rPr>
          <w:b/>
        </w:rPr>
        <w:t>13. Point cross point gives a line (6 marks)</w:t>
      </w:r>
    </w:p>
    <w:p w14:paraId="671B8A37" w14:textId="77777777" w:rsidR="00101863" w:rsidRDefault="00BD075A">
      <w:pPr>
        <w:keepNext/>
        <w:keepLines/>
        <w:spacing w:before="40"/>
        <w:jc w:val="center"/>
      </w:pPr>
      <m:oMathPara>
        <m:oMath>
          <m:r>
            <m:rPr>
              <m:nor/>
            </m:rPr>
            <m:t>l=(-2,0,2)</m:t>
          </m:r>
          <m:r>
            <m:rPr>
              <m:nor/>
            </m:rPr>
            <m:t>ᵀ</m:t>
          </m:r>
          <m:r>
            <m:rPr>
              <m:nor/>
            </m:rPr>
            <m:t xml:space="preserve"> ∼ (1,0,-1)</m:t>
          </m:r>
          <m:r>
            <m:rPr>
              <m:nor/>
            </m:rPr>
            <m:t>ᵀ</m:t>
          </m:r>
          <m:r>
            <m:rPr>
              <m:nor/>
            </m:rPr>
            <m:t>, x-1=0</m:t>
          </m:r>
        </m:oMath>
      </m:oMathPara>
    </w:p>
    <w:p w14:paraId="26924057" w14:textId="77777777" w:rsidR="00101863" w:rsidRDefault="00BD075A">
      <w:pPr>
        <w:keepLines/>
        <w:spacing w:after="60"/>
      </w:pPr>
      <w:r>
        <w:t>P1=(1,1,1)</w:t>
      </w:r>
      <w:r>
        <w:t>ᵀ</w:t>
      </w:r>
      <w:r>
        <w:t xml:space="preserve"> and P2=(1,3,1)</w:t>
      </w:r>
      <w:r>
        <w:t>ᵀ</w:t>
      </w:r>
      <w:r>
        <w:t>. P1 × P2=(-2,0,2)</w:t>
      </w:r>
      <w:r>
        <w:t>ᵀ</w:t>
      </w:r>
      <w:r>
        <w:t>, which may be scaled to l=(1,0,-1)</w:t>
      </w:r>
      <w:r>
        <w:t>ᵀ</w:t>
      </w:r>
      <w:r>
        <w:t>. Thus x-1=0, or x=1. l dot P1=1+0-1=0 and l dot P2=1+0-1=0.</w:t>
      </w:r>
    </w:p>
    <w:p w14:paraId="53BB13B5" w14:textId="77777777" w:rsidR="00101863" w:rsidRDefault="00BD075A">
      <w:pPr>
        <w:keepNext/>
        <w:keepLines/>
        <w:spacing w:before="140" w:after="40"/>
      </w:pPr>
      <w:r>
        <w:rPr>
          <w:b/>
        </w:rPr>
        <w:t>14. Line through two diagonal points (6 marks)</w:t>
      </w:r>
    </w:p>
    <w:p w14:paraId="4AEFF93E" w14:textId="77777777" w:rsidR="00101863" w:rsidRDefault="00BD075A">
      <w:pPr>
        <w:keepNext/>
        <w:keepLines/>
        <w:spacing w:before="40"/>
        <w:jc w:val="center"/>
      </w:pPr>
      <m:oMathPara>
        <m:oMath>
          <m:r>
            <m:rPr>
              <m:nor/>
            </m:rPr>
            <m:t>l=(-1,1,0)</m:t>
          </m:r>
          <m:r>
            <m:rPr>
              <m:nor/>
            </m:rPr>
            <m:t>ᵀ</m:t>
          </m:r>
          <m:r>
            <m:rPr>
              <m:nor/>
            </m:rPr>
            <m:t xml:space="preserve"> ∼ (1,-1,0)</m:t>
          </m:r>
          <m:r>
            <m:rPr>
              <m:nor/>
            </m:rPr>
            <m:t>ᵀ</m:t>
          </m:r>
          <m:r>
            <m:rPr>
              <m:nor/>
            </m:rPr>
            <m:t>, x-y=0</m:t>
          </m:r>
        </m:oMath>
      </m:oMathPara>
    </w:p>
    <w:p w14:paraId="7339AE57" w14:textId="77777777" w:rsidR="00101863" w:rsidRDefault="00BD075A">
      <w:pPr>
        <w:keepLines/>
        <w:spacing w:after="60"/>
      </w:pPr>
      <w:r>
        <w:t>P1=(1,1,1), P2=(2,2,1). Their cross product is (-1,1,0), equivalent to (1,-1,0). The line is x-y=0, or y=x. Dot products are (-1)(1)+1(1)+0=0 and (-1)(2)+1(2)+0=0.</w:t>
      </w:r>
    </w:p>
    <w:p w14:paraId="06E23240" w14:textId="77777777" w:rsidR="00101863" w:rsidRDefault="00BD075A">
      <w:pPr>
        <w:keepNext/>
        <w:keepLines/>
        <w:spacing w:before="140" w:after="40"/>
      </w:pPr>
      <w:r>
        <w:rPr>
          <w:b/>
        </w:rPr>
        <w:t>15. Line-point incidence test (5 marks)</w:t>
      </w:r>
    </w:p>
    <w:p w14:paraId="2EAE716E" w14:textId="77777777" w:rsidR="00101863" w:rsidRDefault="00BD075A">
      <w:pPr>
        <w:keepNext/>
        <w:keepLines/>
        <w:spacing w:before="40"/>
        <w:jc w:val="center"/>
      </w:pPr>
      <m:oMathPara>
        <m:oMath>
          <m:r>
            <m:rPr>
              <m:nor/>
            </m:rPr>
            <m:t>l</m:t>
          </m:r>
          <m:r>
            <m:rPr>
              <m:nor/>
            </m:rPr>
            <m:t>ᵀ</m:t>
          </m:r>
          <m:r>
            <m:rPr>
              <m:nor/>
            </m:rPr>
            <m:t>P=0, l</m:t>
          </m:r>
          <m:r>
            <m:rPr>
              <m:nor/>
            </m:rPr>
            <m:t>ᵀ</m:t>
          </m:r>
          <m:r>
            <m:rPr>
              <m:nor/>
            </m:rPr>
            <m:t>Q=-1</m:t>
          </m:r>
        </m:oMath>
      </m:oMathPara>
    </w:p>
    <w:p w14:paraId="75425AEE" w14:textId="77777777" w:rsidR="00101863" w:rsidRDefault="00BD075A">
      <w:pPr>
        <w:keepLines/>
        <w:spacing w:after="60"/>
      </w:pPr>
      <w:r>
        <w:t>l dot P=1(2)-1(2)+0=0, so P lies on the line. l dot Q=1(2)-1(3)+0=-1, so Q is not on the line. The negative sign places Q on one oriented side of the line; changing the scale/sign of l reverses the side labels, so only zero is scale-independent incidence.</w:t>
      </w:r>
    </w:p>
    <w:p w14:paraId="0DA751BA" w14:textId="77777777" w:rsidR="00101863" w:rsidRDefault="00BD075A">
      <w:pPr>
        <w:keepNext/>
        <w:keepLines/>
        <w:spacing w:before="140" w:after="40"/>
      </w:pPr>
      <w:r>
        <w:rPr>
          <w:b/>
        </w:rPr>
        <w:t>16. Line cross line gives the intersection (6 marks)</w:t>
      </w:r>
    </w:p>
    <w:p w14:paraId="66F70A62" w14:textId="77777777" w:rsidR="00101863" w:rsidRDefault="00BD075A">
      <w:pPr>
        <w:keepNext/>
        <w:keepLines/>
        <w:spacing w:before="40"/>
        <w:jc w:val="center"/>
      </w:pPr>
      <m:oMathPara>
        <m:oMath>
          <m:r>
            <m:rPr>
              <m:nor/>
            </m:rPr>
            <m:t>p=(4,4,2)</m:t>
          </m:r>
          <m:r>
            <m:rPr>
              <m:nor/>
            </m:rPr>
            <m:t>ᵀ</m:t>
          </m:r>
          <m:r>
            <m:rPr>
              <m:nor/>
            </m:rPr>
            <m:t xml:space="preserve"> ∼ (2,2,1)</m:t>
          </m:r>
          <m:r>
            <m:rPr>
              <m:nor/>
            </m:rPr>
            <m:t>ᵀ</m:t>
          </m:r>
        </m:oMath>
      </m:oMathPara>
    </w:p>
    <w:p w14:paraId="2E564C30" w14:textId="77777777" w:rsidR="00101863" w:rsidRDefault="00BD075A">
      <w:pPr>
        <w:keepLines/>
        <w:spacing w:after="60"/>
      </w:pPr>
      <w:r>
        <w:t>l1 × l2=(4,4,2), which normalizes to p=(2,2,1). Checks: l1 dot p=2-2=0 and l2 dot p=2+2-4=0. Therefore the Cartesian intersection is (2,2).</w:t>
      </w:r>
    </w:p>
    <w:p w14:paraId="3FB58735" w14:textId="77777777" w:rsidR="00101863" w:rsidRDefault="00BD075A">
      <w:pPr>
        <w:keepNext/>
        <w:keepLines/>
        <w:spacing w:before="140" w:after="40"/>
      </w:pPr>
      <w:r>
        <w:rPr>
          <w:b/>
        </w:rPr>
        <w:t>17. Parallel lines and a point at infinity (7 marks)</w:t>
      </w:r>
    </w:p>
    <w:p w14:paraId="3210D7D1" w14:textId="77777777" w:rsidR="00101863" w:rsidRDefault="00BD075A">
      <w:pPr>
        <w:keepNext/>
        <w:keepLines/>
        <w:spacing w:before="40"/>
        <w:jc w:val="center"/>
      </w:pPr>
      <m:oMathPara>
        <m:oMath>
          <m:r>
            <m:rPr>
              <m:nor/>
            </m:rPr>
            <m:t>p=(-2,-2,0)</m:t>
          </m:r>
          <m:r>
            <m:rPr>
              <m:nor/>
            </m:rPr>
            <m:t>ᵀ</m:t>
          </m:r>
          <m:r>
            <m:rPr>
              <m:nor/>
            </m:rPr>
            <m:t xml:space="preserve"> ∼ (1,1,0)</m:t>
          </m:r>
          <m:r>
            <m:rPr>
              <m:nor/>
            </m:rPr>
            <m:t>ᵀ</m:t>
          </m:r>
        </m:oMath>
      </m:oMathPara>
    </w:p>
    <w:p w14:paraId="4B34456A" w14:textId="77777777" w:rsidR="00101863" w:rsidRDefault="00BD075A">
      <w:pPr>
        <w:keepLines/>
        <w:spacing w:after="60"/>
      </w:pPr>
      <w:r>
        <w:t>l1 × l2=(-2,-2,0), equivalent to (1,1,0). Because w=0, it cannot be normalized to a finite Cartesian point. It is a point at infinity representing direction (1,1), the common direction of the parallel lines.</w:t>
      </w:r>
    </w:p>
    <w:p w14:paraId="2F57E134" w14:textId="77777777" w:rsidR="00101863" w:rsidRDefault="00BD075A">
      <w:pPr>
        <w:keepNext/>
        <w:keepLines/>
        <w:spacing w:before="140" w:after="40"/>
      </w:pPr>
      <w:r>
        <w:rPr>
          <w:b/>
        </w:rPr>
        <w:t>18. Equivalent homogeneous points (5 marks)</w:t>
      </w:r>
    </w:p>
    <w:p w14:paraId="59675EBB" w14:textId="77777777" w:rsidR="00101863" w:rsidRDefault="00BD075A">
      <w:pPr>
        <w:keepNext/>
        <w:keepLines/>
        <w:spacing w:before="40"/>
        <w:jc w:val="center"/>
      </w:pPr>
      <m:oMathPara>
        <m:oMath>
          <m:r>
            <m:rPr>
              <m:nor/>
            </m:rPr>
            <m:t>A∼B∼(2,3,1)</m:t>
          </m:r>
          <m:r>
            <m:rPr>
              <m:nor/>
            </m:rPr>
            <m:t>ᵀ</m:t>
          </m:r>
          <m:r>
            <m:rPr>
              <m:nor/>
            </m:rPr>
            <m:t>, C=(2,3,0)</m:t>
          </m:r>
          <m:r>
            <m:rPr>
              <m:nor/>
            </m:rPr>
            <m:t>ᵀ</m:t>
          </m:r>
          <m:r>
            <m:rPr>
              <m:nor/>
            </m:rPr>
            <m:t xml:space="preserve"> is a point at infinity</m:t>
          </m:r>
        </m:oMath>
      </m:oMathPara>
    </w:p>
    <w:p w14:paraId="6DAA19C7" w14:textId="77777777" w:rsidR="00101863" w:rsidRDefault="00BD075A">
      <w:pPr>
        <w:keepLines/>
        <w:spacing w:after="60"/>
      </w:pPr>
      <w:r>
        <w:t>A normalizes to (2,3,1). B also normalizes to (2,3,1), so A and B represent the same Cartesian point (2,3). C has w=0 and cannot be normalized to a finite point; it represents a direction/point at infinity proportional to (2,3).</w:t>
      </w:r>
    </w:p>
    <w:p w14:paraId="31ABCC13" w14:textId="77777777" w:rsidR="00101863" w:rsidRDefault="00BD075A">
      <w:pPr>
        <w:keepNext/>
        <w:keepLines/>
        <w:spacing w:before="140" w:after="40"/>
      </w:pPr>
      <w:r>
        <w:rPr>
          <w:b/>
        </w:rPr>
        <w:lastRenderedPageBreak/>
        <w:t>19. Why the cross product works (6 marks)</w:t>
      </w:r>
    </w:p>
    <w:p w14:paraId="26C0B438" w14:textId="77777777" w:rsidR="00101863" w:rsidRDefault="00BD075A">
      <w:pPr>
        <w:keepLines/>
        <w:spacing w:after="60"/>
      </w:pPr>
      <w:r>
        <w:t>In R^3, l=P1 × P2 is perpendicular to both P1 and P2, so l dot P1=0 and l dot P2=0. In the homogeneous 2D model, a line l=(a,b,c) is defined by l dot (x,y,w)=0. Therefore both point-vectors satisfy the line equation. The three components are coordinates in projective representation; the line is not literally a drawn 3D line. Its vector is the normal of the plane ax+by+cw=0 through the 3D origin.</w:t>
      </w:r>
    </w:p>
    <w:p w14:paraId="49CE8E7A" w14:textId="77777777" w:rsidR="00101863" w:rsidRDefault="00BD075A">
      <w:pPr>
        <w:keepNext/>
        <w:keepLines/>
        <w:spacing w:before="140" w:after="40"/>
      </w:pPr>
      <w:r>
        <w:rPr>
          <w:b/>
        </w:rPr>
        <w:t>20. Planes behind homogeneous line vectors (7 marks)</w:t>
      </w:r>
    </w:p>
    <w:p w14:paraId="143CB8C3" w14:textId="77777777" w:rsidR="00101863" w:rsidRDefault="00BD075A">
      <w:pPr>
        <w:keepNext/>
        <w:keepLines/>
        <w:spacing w:before="40"/>
        <w:jc w:val="center"/>
      </w:pPr>
      <m:oMathPara>
        <m:oMath>
          <m:r>
            <m:rPr>
              <m:nor/>
            </m:rPr>
            <m:t>d=(4,4,2)</m:t>
          </m:r>
          <m:r>
            <m:rPr>
              <m:nor/>
            </m:rPr>
            <m:t>ᵀ</m:t>
          </m:r>
          <m:r>
            <m:rPr>
              <m:nor/>
            </m:rPr>
            <m:t xml:space="preserve"> ∼ (2,2,1)</m:t>
          </m:r>
          <m:r>
            <m:rPr>
              <m:nor/>
            </m:rPr>
            <m:t>ᵀ</m:t>
          </m:r>
          <m:r>
            <m:rPr>
              <m:nor/>
            </m:rPr>
            <m:t>, L(λ)=λ(2,2,1)</m:t>
          </m:r>
          <m:r>
            <m:rPr>
              <m:nor/>
            </m:rPr>
            <m:t>ᵀ</m:t>
          </m:r>
        </m:oMath>
      </m:oMathPara>
    </w:p>
    <w:p w14:paraId="7888CD87" w14:textId="77777777" w:rsidR="00101863" w:rsidRDefault="00BD075A">
      <w:pPr>
        <w:keepLines/>
        <w:spacing w:after="60"/>
      </w:pPr>
      <w:r>
        <w:t>The intersection direction is l1 × l2=(4,4,2), equivalent to d=(2,2,1). The planes pass through the 3D origin, so their intersection is lambda(2,2,1). Two points are (0,0,0) and (2,2,1), or any two scalar multiples. Intersecting this 3D line with W=1 forces lambda=1 and gives (X,Y,W)=(2,2,1), representing the Cartesian point (2,2).</w:t>
      </w:r>
    </w:p>
    <w:p w14:paraId="3341B931" w14:textId="77777777" w:rsidR="00101863" w:rsidRDefault="00BD075A">
      <w:pPr>
        <w:pStyle w:val="Heading2"/>
      </w:pPr>
      <w:r>
        <w:t>Section D Solutions</w:t>
      </w:r>
    </w:p>
    <w:p w14:paraId="7B6A5E18" w14:textId="77777777" w:rsidR="00101863" w:rsidRDefault="00BD075A">
      <w:pPr>
        <w:keepNext/>
        <w:keepLines/>
        <w:spacing w:before="140" w:after="40"/>
      </w:pPr>
      <w:r>
        <w:rPr>
          <w:b/>
        </w:rPr>
        <w:t>21. Scaling and rotation (5 marks)</w:t>
      </w:r>
    </w:p>
    <w:p w14:paraId="3AA8C1FE" w14:textId="77777777" w:rsidR="00101863" w:rsidRDefault="00BD075A">
      <w:pPr>
        <w:keepNext/>
        <w:keepLines/>
        <w:spacing w:before="40"/>
        <w:jc w:val="center"/>
      </w:pPr>
      <m:oMathPara>
        <m:oMath>
          <m:r>
            <m:rPr>
              <m:nor/>
            </m:rPr>
            <m:t>SP=(4,9)</m:t>
          </m:r>
          <m:r>
            <m:rPr>
              <m:nor/>
            </m:rPr>
            <m:t>ᵀ</m:t>
          </m:r>
          <m:r>
            <m:rPr>
              <m:nor/>
            </m:rPr>
            <m:t>, R₉₀Q=(0,1)</m:t>
          </m:r>
          <m:r>
            <m:rPr>
              <m:nor/>
            </m:rPr>
            <m:t>ᵀ</m:t>
          </m:r>
        </m:oMath>
      </m:oMathPara>
    </w:p>
    <w:p w14:paraId="7727101A" w14:textId="77777777" w:rsidR="00101863" w:rsidRDefault="00BD075A">
      <w:pPr>
        <w:keepLines/>
        <w:spacing w:after="60"/>
      </w:pPr>
      <w:r>
        <w:t>S=[[2,0],[0,3]], so SP=(4,9). R90=[[0,-1],[1,0]], so R90Q=(0,1).</w:t>
      </w:r>
    </w:p>
    <w:p w14:paraId="30A1A5B0" w14:textId="77777777" w:rsidR="00101863" w:rsidRDefault="00BD075A">
      <w:pPr>
        <w:keepNext/>
        <w:keepLines/>
        <w:spacing w:before="140" w:after="40"/>
      </w:pPr>
      <w:r>
        <w:rPr>
          <w:b/>
        </w:rPr>
        <w:t>22. Homogeneous translation (5 marks)</w:t>
      </w:r>
    </w:p>
    <w:p w14:paraId="445E2EAC" w14:textId="77777777" w:rsidR="00101863" w:rsidRDefault="00BD075A">
      <w:pPr>
        <w:keepNext/>
        <w:keepLines/>
        <w:spacing w:before="40"/>
        <w:jc w:val="center"/>
      </w:pPr>
      <m:oMathPara>
        <m:oMath>
          <m:r>
            <m:rPr>
              <m:nor/>
            </m:rPr>
            <m:t>T(2,3,1)</m:t>
          </m:r>
          <m:r>
            <m:rPr>
              <m:nor/>
            </m:rPr>
            <m:t>ᵀ</m:t>
          </m:r>
          <m:r>
            <m:rPr>
              <m:nor/>
            </m:rPr>
            <m:t>=(7,2,1)</m:t>
          </m:r>
          <m:r>
            <m:rPr>
              <m:nor/>
            </m:rPr>
            <m:t>ᵀ</m:t>
          </m:r>
        </m:oMath>
      </m:oMathPara>
    </w:p>
    <w:p w14:paraId="6C315F3D" w14:textId="77777777" w:rsidR="00101863" w:rsidRDefault="00BD075A">
      <w:pPr>
        <w:keepLines/>
        <w:spacing w:after="60"/>
      </w:pPr>
      <w:r>
        <w:t>T=[[1,0,5],[0,1,-1],[0,0,1]]. T(2,3,1)</w:t>
      </w:r>
      <w:r>
        <w:t>ᵀ</w:t>
      </w:r>
      <w:r>
        <w:t>=(7,2,1)</w:t>
      </w:r>
      <w:r>
        <w:t>ᵀ</w:t>
      </w:r>
      <w:r>
        <w:t>. For every 2x2 matrix A, A(0,0)</w:t>
      </w:r>
      <w:r>
        <w:t>ᵀ</w:t>
      </w:r>
      <w:r>
        <w:t>=(0,0)</w:t>
      </w:r>
      <w:r>
        <w:t>ᵀ</w:t>
      </w:r>
      <w:r>
        <w:t>, so it cannot send the origin to a nonzero translation. The added homogeneous coordinate makes translation a matrix operation.</w:t>
      </w:r>
    </w:p>
    <w:p w14:paraId="3D1F906F" w14:textId="77777777" w:rsidR="00101863" w:rsidRDefault="00BD075A">
      <w:pPr>
        <w:keepNext/>
        <w:keepLines/>
        <w:spacing w:before="140" w:after="40"/>
      </w:pPr>
      <w:r>
        <w:rPr>
          <w:b/>
        </w:rPr>
        <w:t>23. Transformation order (7 marks)</w:t>
      </w:r>
    </w:p>
    <w:p w14:paraId="7EF4D41A" w14:textId="77777777" w:rsidR="00101863" w:rsidRDefault="00BD075A">
      <w:pPr>
        <w:keepNext/>
        <w:keepLines/>
        <w:spacing w:before="40"/>
        <w:jc w:val="center"/>
      </w:pPr>
      <m:oMathPara>
        <m:oMath>
          <m:r>
            <m:rPr>
              <m:nor/>
            </m:rPr>
            <m:t>TSP=(5,2,1)</m:t>
          </m:r>
          <m:r>
            <m:rPr>
              <m:nor/>
            </m:rPr>
            <m:t>ᵀ</m:t>
          </m:r>
          <m:r>
            <m:rPr>
              <m:nor/>
            </m:rPr>
            <m:t>, STP=(8,2,1)</m:t>
          </m:r>
          <m:r>
            <m:rPr>
              <m:nor/>
            </m:rPr>
            <m:t>ᵀ</m:t>
          </m:r>
        </m:oMath>
      </m:oMathPara>
    </w:p>
    <w:p w14:paraId="1179EB39" w14:textId="77777777" w:rsidR="00101863" w:rsidRDefault="00BD075A">
      <w:pPr>
        <w:keepLines/>
        <w:spacing w:after="60"/>
      </w:pPr>
      <w:r>
        <w:t>SP=(2,2,1), then TSP=(5,2,1). TP=(4,1,1), then STP=(8,2,1). The rightmost transform acts first. Scaling after translation also scales the translation displacement, whereas translating after scaling does not. Matrix multiplication is generally not commutative.</w:t>
      </w:r>
    </w:p>
    <w:p w14:paraId="0D41B444" w14:textId="77777777" w:rsidR="00101863" w:rsidRDefault="00BD075A">
      <w:pPr>
        <w:keepNext/>
        <w:keepLines/>
        <w:spacing w:before="140" w:after="40"/>
      </w:pPr>
      <w:r>
        <w:rPr>
          <w:b/>
        </w:rPr>
        <w:t>24. Affine transformation of a triangle (7 marks)</w:t>
      </w:r>
    </w:p>
    <w:p w14:paraId="2CAD3DEA" w14:textId="77777777" w:rsidR="00101863" w:rsidRDefault="00BD075A">
      <w:pPr>
        <w:keepNext/>
        <w:keepLines/>
        <w:spacing w:before="40"/>
        <w:jc w:val="center"/>
      </w:pPr>
      <m:oMathPara>
        <m:oMath>
          <m:r>
            <m:rPr>
              <m:nor/>
            </m:rPr>
            <m:t>A'=(1,2), B'=(5,0), C'=(2,3)</m:t>
          </m:r>
        </m:oMath>
      </m:oMathPara>
    </w:p>
    <w:p w14:paraId="0D2D101B" w14:textId="77777777" w:rsidR="00101863" w:rsidRDefault="00BD075A">
      <w:pPr>
        <w:keepLines/>
        <w:spacing w:after="60"/>
      </w:pPr>
      <w:r>
        <w:t>H=[[2,1,1],[-1,1,2],[0,0,1]]. A'=(1,2), B'=(5,0), C'=(2,3). AB=(2,0) maps by the linear part to (4,-2), and B'-A'=(4,-2). AC=(0,1) maps to (1,1), and C'-A'=(1,1).</w:t>
      </w:r>
    </w:p>
    <w:p w14:paraId="14CF83F9" w14:textId="77777777" w:rsidR="00101863" w:rsidRDefault="00BD075A">
      <w:pPr>
        <w:keepNext/>
        <w:keepLines/>
        <w:spacing w:before="140" w:after="40"/>
      </w:pPr>
      <w:r>
        <w:rPr>
          <w:b/>
        </w:rPr>
        <w:t>25. Recover a simple affine map (8 marks)</w:t>
      </w:r>
    </w:p>
    <w:p w14:paraId="7806A8B7" w14:textId="77777777" w:rsidR="00101863" w:rsidRDefault="00BD075A">
      <w:pPr>
        <w:keepNext/>
        <w:keepLines/>
        <w:spacing w:before="40"/>
        <w:jc w:val="center"/>
      </w:pPr>
      <m:oMathPara>
        <m:oMath>
          <m:r>
            <m:rPr>
              <m:nor/>
            </m:rPr>
            <m:t>a=2, b=1, c=-1, d=2, tₓ=1, t</m:t>
          </m:r>
          <m:r>
            <m:rPr>
              <m:nor/>
            </m:rPr>
            <m:t>ᵧ</m:t>
          </m:r>
          <m:r>
            <m:rPr>
              <m:nor/>
            </m:rPr>
            <m:t>=2</m:t>
          </m:r>
        </m:oMath>
      </m:oMathPara>
    </w:p>
    <w:p w14:paraId="32837CB4" w14:textId="77777777" w:rsidR="00101863" w:rsidRDefault="00BD075A">
      <w:pPr>
        <w:keepLines/>
        <w:spacing w:after="60"/>
      </w:pPr>
      <w:r>
        <w:t>From (0,0), tx=1 and ty=2. From (1,0), a+1=3 so a=2; c+2=1 so c=-1. From (0,1), b+1=2 so b=1; d+2=4 so d=2. Thus H=[[2,1,1],[-1,2,2],[0,0,1]].</w:t>
      </w:r>
    </w:p>
    <w:p w14:paraId="7953C18E" w14:textId="77777777" w:rsidR="00101863" w:rsidRDefault="00BD075A">
      <w:pPr>
        <w:keepNext/>
        <w:keepLines/>
        <w:spacing w:before="140" w:after="40"/>
      </w:pPr>
      <w:r>
        <w:rPr>
          <w:b/>
        </w:rPr>
        <w:t>26. Perspective transform and homogeneous division (6 marks)</w:t>
      </w:r>
    </w:p>
    <w:p w14:paraId="1D355F52" w14:textId="77777777" w:rsidR="00101863" w:rsidRDefault="00BD075A">
      <w:pPr>
        <w:keepNext/>
        <w:keepLines/>
        <w:spacing w:before="40"/>
        <w:jc w:val="center"/>
      </w:pPr>
      <m:oMathPara>
        <m:oMath>
          <m:r>
            <m:rPr>
              <m:nor/>
            </m:rPr>
            <m:t>HP=(4,2,2)</m:t>
          </m:r>
          <m:r>
            <m:rPr>
              <m:nor/>
            </m:rPr>
            <m:t>ᵀ</m:t>
          </m:r>
          <m:r>
            <m:rPr>
              <m:nor/>
            </m:rPr>
            <m:t>⇒P'=(2,1), HQ=(0,2,1)</m:t>
          </m:r>
          <m:r>
            <m:rPr>
              <m:nor/>
            </m:rPr>
            <m:t>ᵀ</m:t>
          </m:r>
          <m:r>
            <m:rPr>
              <m:nor/>
            </m:rPr>
            <m:t>⇒Q'=(0,2)</m:t>
          </m:r>
        </m:oMath>
      </m:oMathPara>
    </w:p>
    <w:p w14:paraId="239694A6" w14:textId="77777777" w:rsidR="00101863" w:rsidRDefault="00BD075A">
      <w:pPr>
        <w:keepLines/>
        <w:spacing w:after="60"/>
      </w:pPr>
      <w:r>
        <w:t>For P_h=(2,1,1), HP_h=(4,2,2), so P'=(4/2,2/2)=(2,1). For Q_h=(0,1,1), HQ_h=(0,2,1), so Q'=(0,2). The nonconstant third coordinate causes the perspective division.</w:t>
      </w:r>
    </w:p>
    <w:p w14:paraId="62D15F32" w14:textId="77777777" w:rsidR="00101863" w:rsidRDefault="00BD075A">
      <w:pPr>
        <w:keepNext/>
        <w:keepLines/>
        <w:spacing w:before="140" w:after="40"/>
      </w:pPr>
      <w:r>
        <w:rPr>
          <w:b/>
        </w:rPr>
        <w:t>27. Pinhole projection (6 marks)</w:t>
      </w:r>
    </w:p>
    <w:p w14:paraId="153DF887" w14:textId="77777777" w:rsidR="00101863" w:rsidRDefault="00BD075A">
      <w:pPr>
        <w:keepNext/>
        <w:keepLines/>
        <w:spacing w:before="40"/>
        <w:jc w:val="center"/>
      </w:pPr>
      <m:oMathPara>
        <m:oMath>
          <m:r>
            <m:rPr>
              <m:nor/>
            </m:rPr>
            <m:t>P₁↦(5,3), P₂↦(5,3)</m:t>
          </m:r>
        </m:oMath>
      </m:oMathPara>
    </w:p>
    <w:p w14:paraId="05741416" w14:textId="77777777" w:rsidR="00101863" w:rsidRDefault="00BD075A">
      <w:pPr>
        <w:keepLines/>
        <w:spacing w:after="60"/>
      </w:pPr>
      <w:r>
        <w:t>P1 projects to (2x10/4, 2x6/4)=(5,3). P2 projects to (2x25/10, 2x15/10)=(5,3). Their coordinate ratios X/Z and Y/Z are equal, so they lie on the same viewing ray from the camera center. Perspective projection loses depth along that ray.</w:t>
      </w:r>
    </w:p>
    <w:p w14:paraId="51333694" w14:textId="77777777" w:rsidR="00101863" w:rsidRDefault="00BD075A">
      <w:pPr>
        <w:keepNext/>
        <w:keepLines/>
        <w:spacing w:before="140" w:after="40"/>
      </w:pPr>
      <w:r>
        <w:rPr>
          <w:b/>
        </w:rPr>
        <w:t>28. Projection matrix with camera intrinsics (7 marks)</w:t>
      </w:r>
    </w:p>
    <w:p w14:paraId="34C1BA83" w14:textId="77777777" w:rsidR="00101863" w:rsidRDefault="00BD075A">
      <w:pPr>
        <w:keepNext/>
        <w:keepLines/>
        <w:spacing w:before="40"/>
        <w:jc w:val="center"/>
      </w:pPr>
      <m:oMathPara>
        <m:oMath>
          <m:r>
            <m:rPr>
              <m:nor/>
            </m:rPr>
            <m:t>xₕ=(2800,1600,5)</m:t>
          </m:r>
          <m:r>
            <m:rPr>
              <m:nor/>
            </m:rPr>
            <m:t>ᵀ</m:t>
          </m:r>
          <m:r>
            <m:rPr>
              <m:nor/>
            </m:rPr>
            <m:t>, (u,v)=(560,320)</m:t>
          </m:r>
        </m:oMath>
      </m:oMathPara>
    </w:p>
    <w:p w14:paraId="071CF8E7" w14:textId="77777777" w:rsidR="00101863" w:rsidRDefault="00BD075A">
      <w:pPr>
        <w:keepLines/>
        <w:spacing w:after="60"/>
      </w:pPr>
      <w:r>
        <w:t>x_h=P X_h=(800(1.5)+320(5), 800(0.5)+240(5), 5)=(2800,1600,5). Divide by the third coordinate: (u,v)=(560,320) pixels.</w:t>
      </w:r>
    </w:p>
    <w:p w14:paraId="7D856A11" w14:textId="77777777" w:rsidR="00101863" w:rsidRDefault="00BD075A">
      <w:pPr>
        <w:keepNext/>
        <w:keepLines/>
        <w:spacing w:before="140" w:after="40"/>
      </w:pPr>
      <w:r>
        <w:rPr>
          <w:b/>
        </w:rPr>
        <w:lastRenderedPageBreak/>
        <w:t>29. Depth and magnification (6 marks)</w:t>
      </w:r>
    </w:p>
    <w:p w14:paraId="0242F834" w14:textId="77777777" w:rsidR="00101863" w:rsidRDefault="00BD075A">
      <w:pPr>
        <w:keepNext/>
        <w:keepLines/>
        <w:spacing w:before="40"/>
        <w:jc w:val="center"/>
      </w:pPr>
      <m:oMathPara>
        <m:oMath>
          <m:r>
            <m:rPr>
              <m:nor/>
            </m:rPr>
            <m:t>w₄=400 pixels, w₈=200 pixels, w₄:w₈=2:1</m:t>
          </m:r>
        </m:oMath>
      </m:oMathPara>
    </w:p>
    <w:p w14:paraId="5E389744" w14:textId="77777777" w:rsidR="00101863" w:rsidRDefault="00BD075A">
      <w:pPr>
        <w:keepLines/>
        <w:spacing w:after="60"/>
      </w:pPr>
      <w:r>
        <w:t>Projected width=f(physical width)/Z. At Z=4: 800(2)/4=400 pixels. At Z=8: 800(2)/8=200 pixels. The ratio near:far is 2:1. For fixed focal length and object size, projected size is inversely proportional to depth.</w:t>
      </w:r>
    </w:p>
    <w:p w14:paraId="3C0FE445" w14:textId="77777777" w:rsidR="00101863" w:rsidRDefault="00BD075A">
      <w:pPr>
        <w:keepNext/>
        <w:keepLines/>
        <w:spacing w:before="140" w:after="40"/>
      </w:pPr>
      <w:r>
        <w:rPr>
          <w:b/>
        </w:rPr>
        <w:t>30. Extrinsic translation before projection (7 marks)</w:t>
      </w:r>
    </w:p>
    <w:p w14:paraId="48B5105F" w14:textId="77777777" w:rsidR="00101863" w:rsidRDefault="00BD075A">
      <w:pPr>
        <w:keepNext/>
        <w:keepLines/>
        <w:spacing w:before="40"/>
        <w:jc w:val="center"/>
      </w:pPr>
      <m:oMathPara>
        <m:oMath>
          <m:r>
            <m:rPr>
              <m:nor/>
            </m:rPr>
            <m:t>t_z=2⇒(u,v)=(70,80), t_z=7⇒(u,v)=(60,60)</m:t>
          </m:r>
        </m:oMath>
      </m:oMathPara>
    </w:p>
    <w:p w14:paraId="6541D62A" w14:textId="77777777" w:rsidR="00101863" w:rsidRDefault="00BD075A">
      <w:pPr>
        <w:keepLines/>
        <w:spacing w:after="60"/>
      </w:pPr>
      <w:r>
        <w:t>First Xc=(1,2,5). Pixel u=100(1/5)+50=70; v=100(2/5)+40=80, so (70,80). With t=(0,0,7), Xc=(1,2,10), u=60 and v=60. Increasing camera-coordinate depth moves the projection toward the principal point and reduces magnification.</w:t>
      </w:r>
    </w:p>
    <w:p w14:paraId="29C1F84E" w14:textId="77777777" w:rsidR="00101863" w:rsidRDefault="00BD075A">
      <w:pPr>
        <w:pStyle w:val="Heading2"/>
      </w:pPr>
      <w:r>
        <w:t>Section E Solutions</w:t>
      </w:r>
    </w:p>
    <w:p w14:paraId="115F8328" w14:textId="77777777" w:rsidR="00101863" w:rsidRDefault="00BD075A">
      <w:pPr>
        <w:keepNext/>
        <w:keepLines/>
        <w:spacing w:before="140" w:after="40"/>
      </w:pPr>
      <w:r>
        <w:rPr>
          <w:b/>
        </w:rPr>
        <w:t>31. Brightness, contrast, and clipping on a 4 x 4 image (6 marks)</w:t>
      </w:r>
    </w:p>
    <w:p w14:paraId="18375F90" w14:textId="77777777" w:rsidR="00101863" w:rsidRDefault="00BD075A">
      <w:pPr>
        <w:keepNext/>
        <w:keepLines/>
        <w:spacing w:before="40"/>
        <w:jc w:val="center"/>
      </w:pPr>
      <m:oMathPara>
        <m:oMath>
          <m:r>
            <m:rPr>
              <m:nor/>
            </m:rPr>
            <m:t>J=clip(1.5I+20,0,255)</m:t>
          </m:r>
        </m:oMath>
      </m:oMathPara>
    </w:p>
    <w:p w14:paraId="1F59DC79" w14:textId="77777777" w:rsidR="00101863" w:rsidRDefault="00BD075A">
      <w:pPr>
        <w:keepNext/>
        <w:keepLines/>
        <w:spacing w:after="60"/>
      </w:pPr>
      <w:r>
        <w:t>Apply 1.5I+20 independently to each pixel, then clip values above 255.</w:t>
      </w:r>
    </w:p>
    <w:p w14:paraId="556BDA88" w14:textId="77777777" w:rsidR="00101863" w:rsidRDefault="00BD075A">
      <w:pPr>
        <w:keepNext/>
        <w:keepLines/>
        <w:spacing w:after="20"/>
        <w:ind w:left="504"/>
      </w:pPr>
      <w:r>
        <w:t>J =</w:t>
      </w:r>
    </w:p>
    <w:p w14:paraId="25AB85AC" w14:textId="77777777" w:rsidR="00101863" w:rsidRDefault="00BD075A">
      <w:pPr>
        <w:keepNext/>
        <w:keepLines/>
        <w:spacing w:after="60"/>
        <w:jc w:val="center"/>
      </w:pPr>
      <m:oMathPara>
        <m:oMath>
          <m:d>
            <m:dPr>
              <m:begChr m:val="["/>
              <m:endChr m:val="]"/>
              <m:ctrlPr>
                <w:rPr>
                  <w:rFonts w:ascii="Cambria Math" w:hAnsi="Cambria Math"/>
                </w:rPr>
              </m:ctrlPr>
            </m:dPr>
            <m:e>
              <m:m>
                <m:mPr>
                  <m:plcHide m:val="1"/>
                  <m:mcs>
                    <m:mc>
                      <m:mcPr>
                        <m:count m:val="4"/>
                        <m:mcJc m:val="center"/>
                      </m:mcPr>
                    </m:mc>
                  </m:mcs>
                  <m:ctrlPr>
                    <w:rPr>
                      <w:rFonts w:ascii="Cambria Math" w:hAnsi="Cambria Math"/>
                    </w:rPr>
                  </m:ctrlPr>
                </m:mPr>
                <m:mr>
                  <m:e>
                    <m:r>
                      <w:rPr>
                        <w:rFonts w:ascii="Cambria Math" w:hAnsi="Cambria Math"/>
                      </w:rPr>
                      <m:t>20</m:t>
                    </m:r>
                  </m:e>
                  <m:e>
                    <m:r>
                      <w:rPr>
                        <w:rFonts w:ascii="Cambria Math" w:hAnsi="Cambria Math"/>
                      </w:rPr>
                      <m:t>50</m:t>
                    </m:r>
                  </m:e>
                  <m:e>
                    <m:r>
                      <w:rPr>
                        <w:rFonts w:ascii="Cambria Math" w:hAnsi="Cambria Math"/>
                      </w:rPr>
                      <m:t>140</m:t>
                    </m:r>
                  </m:e>
                  <m:e>
                    <m:r>
                      <w:rPr>
                        <w:rFonts w:ascii="Cambria Math" w:hAnsi="Cambria Math"/>
                      </w:rPr>
                      <m:t>255</m:t>
                    </m:r>
                  </m:e>
                </m:mr>
                <m:mr>
                  <m:e>
                    <m:r>
                      <w:rPr>
                        <w:rFonts w:ascii="Cambria Math" w:hAnsi="Cambria Math"/>
                      </w:rPr>
                      <m:t>65</m:t>
                    </m:r>
                  </m:e>
                  <m:e>
                    <m:r>
                      <w:rPr>
                        <w:rFonts w:ascii="Cambria Math" w:hAnsi="Cambria Math"/>
                      </w:rPr>
                      <m:t>110</m:t>
                    </m:r>
                  </m:e>
                  <m:e>
                    <m:r>
                      <w:rPr>
                        <w:rFonts w:ascii="Cambria Math" w:hAnsi="Cambria Math"/>
                      </w:rPr>
                      <m:t>200</m:t>
                    </m:r>
                  </m:e>
                  <m:e>
                    <m:r>
                      <w:rPr>
                        <w:rFonts w:ascii="Cambria Math" w:hAnsi="Cambria Math"/>
                      </w:rPr>
                      <m:t>255</m:t>
                    </m:r>
                  </m:e>
                </m:mr>
                <m:mr>
                  <m:e>
                    <m:r>
                      <w:rPr>
                        <w:rFonts w:ascii="Cambria Math" w:hAnsi="Cambria Math"/>
                      </w:rPr>
                      <m:t>95</m:t>
                    </m:r>
                  </m:e>
                  <m:e>
                    <m:r>
                      <w:rPr>
                        <w:rFonts w:ascii="Cambria Math" w:hAnsi="Cambria Math"/>
                      </w:rPr>
                      <m:t>170</m:t>
                    </m:r>
                  </m:e>
                  <m:e>
                    <m:r>
                      <w:rPr>
                        <w:rFonts w:ascii="Cambria Math" w:hAnsi="Cambria Math"/>
                      </w:rPr>
                      <m:t>245</m:t>
                    </m:r>
                  </m:e>
                  <m:e>
                    <m:r>
                      <w:rPr>
                        <w:rFonts w:ascii="Cambria Math" w:hAnsi="Cambria Math"/>
                      </w:rPr>
                      <m:t>255</m:t>
                    </m:r>
                  </m:e>
                </m:mr>
                <m:mr>
                  <m:e>
                    <m:r>
                      <w:rPr>
                        <w:rFonts w:ascii="Cambria Math" w:hAnsi="Cambria Math"/>
                      </w:rPr>
                      <m:t>125</m:t>
                    </m:r>
                  </m:e>
                  <m:e>
                    <m:r>
                      <w:rPr>
                        <w:rFonts w:ascii="Cambria Math" w:hAnsi="Cambria Math"/>
                      </w:rPr>
                      <m:t>230</m:t>
                    </m:r>
                  </m:e>
                  <m:e>
                    <m:r>
                      <w:rPr>
                        <w:rFonts w:ascii="Cambria Math" w:hAnsi="Cambria Math"/>
                      </w:rPr>
                      <m:t>255</m:t>
                    </m:r>
                  </m:e>
                  <m:e>
                    <m:r>
                      <w:rPr>
                        <w:rFonts w:ascii="Cambria Math" w:hAnsi="Cambria Math"/>
                      </w:rPr>
                      <m:t>255</m:t>
                    </m:r>
                  </m:e>
                </m:mr>
              </m:m>
            </m:e>
          </m:d>
        </m:oMath>
      </m:oMathPara>
    </w:p>
    <w:p w14:paraId="191A1618" w14:textId="77777777" w:rsidR="00101863" w:rsidRDefault="00BD075A">
      <w:pPr>
        <w:keepLines/>
        <w:spacing w:after="20"/>
        <w:ind w:left="504"/>
      </w:pPr>
      <w:r>
        <w:t>Clipped input locations have values 160, 180, 200, 190, and 255.</w:t>
      </w:r>
    </w:p>
    <w:p w14:paraId="18CE5403" w14:textId="77777777" w:rsidR="00101863" w:rsidRDefault="00BD075A">
      <w:pPr>
        <w:keepNext/>
        <w:keepLines/>
        <w:spacing w:before="140" w:after="40"/>
      </w:pPr>
      <w:r>
        <w:rPr>
          <w:b/>
        </w:rPr>
        <w:t>32. Histogram and threshold on a 5 x 5 image (7 marks)</w:t>
      </w:r>
    </w:p>
    <w:p w14:paraId="3E79C0E5" w14:textId="77777777" w:rsidR="00101863" w:rsidRDefault="00BD075A">
      <w:pPr>
        <w:keepNext/>
        <w:keepLines/>
        <w:spacing w:before="40"/>
        <w:jc w:val="center"/>
      </w:pPr>
      <m:oMathPara>
        <m:oMath>
          <m:r>
            <m:rPr>
              <m:nor/>
            </m:rPr>
            <m:t>h(0)=3, h(50)=7, h(100)=9, h(150)=5, h(200)=1, foreground=60%</m:t>
          </m:r>
        </m:oMath>
      </m:oMathPara>
    </w:p>
    <w:p w14:paraId="5FE9E7CF" w14:textId="77777777" w:rsidR="00101863" w:rsidRDefault="00BD075A">
      <w:pPr>
        <w:keepNext/>
        <w:keepLines/>
        <w:spacing w:after="60"/>
      </w:pPr>
      <w:r>
        <w:t>Row-by-row counting gives h(0)=3, h(50)=7, h(100)=9, h(150)=5, and h(200)=1; the counts sum to 25. Foreground count=9+5+1=15, so percentage=15/25=60%.</w:t>
      </w:r>
    </w:p>
    <w:p w14:paraId="2B6EC924" w14:textId="77777777" w:rsidR="00101863" w:rsidRDefault="00BD075A">
      <w:pPr>
        <w:keepNext/>
        <w:keepLines/>
        <w:spacing w:after="20"/>
        <w:ind w:left="504"/>
      </w:pPr>
      <w:r>
        <w:t>B =</w:t>
      </w:r>
    </w:p>
    <w:p w14:paraId="542734DB" w14:textId="77777777" w:rsidR="00101863" w:rsidRDefault="00BD075A">
      <w:pPr>
        <w:keepLines/>
        <w:spacing w:after="60"/>
        <w:jc w:val="center"/>
      </w:pPr>
      <m:oMathPara>
        <m:oMath>
          <m:d>
            <m:dPr>
              <m:begChr m:val="["/>
              <m:endChr m:val="]"/>
              <m:ctrlPr>
                <w:rPr>
                  <w:rFonts w:ascii="Cambria Math" w:hAnsi="Cambria Math"/>
                </w:rPr>
              </m:ctrlPr>
            </m:dPr>
            <m:e>
              <m:m>
                <m:mPr>
                  <m:plcHide m:val="1"/>
                  <m:mcs>
                    <m:mc>
                      <m:mcPr>
                        <m:count m:val="5"/>
                        <m:mcJc m:val="center"/>
                      </m:mcPr>
                    </m:mc>
                  </m:mcs>
                  <m:ctrlPr>
                    <w:rPr>
                      <w:rFonts w:ascii="Cambria Math" w:hAnsi="Cambria Math"/>
                    </w:rPr>
                  </m:ctrlPr>
                </m:mP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mr>
                <m:mr>
                  <m:e>
                    <m:r>
                      <w:rPr>
                        <w:rFonts w:ascii="Cambria Math" w:hAnsi="Cambria Math"/>
                      </w:rPr>
                      <m:t>0</m:t>
                    </m:r>
                  </m:e>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0</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e>
                    <m:r>
                      <w:rPr>
                        <w:rFonts w:ascii="Cambria Math" w:hAnsi="Cambria Math"/>
                      </w:rPr>
                      <m:t>1</m:t>
                    </m:r>
                  </m:e>
                </m:mr>
              </m:m>
            </m:e>
          </m:d>
        </m:oMath>
      </m:oMathPara>
    </w:p>
    <w:p w14:paraId="61C774A7" w14:textId="77777777" w:rsidR="00101863" w:rsidRDefault="00BD075A">
      <w:pPr>
        <w:keepNext/>
        <w:keepLines/>
        <w:spacing w:before="140" w:after="40"/>
      </w:pPr>
      <w:r>
        <w:rPr>
          <w:b/>
        </w:rPr>
        <w:t>33. RGB to grayscale point operation (6 marks)</w:t>
      </w:r>
    </w:p>
    <w:p w14:paraId="3BD32361" w14:textId="77777777" w:rsidR="00101863" w:rsidRPr="005F2C70" w:rsidRDefault="00BD075A">
      <w:pPr>
        <w:keepNext/>
        <w:keepLines/>
        <w:spacing w:before="40"/>
        <w:jc w:val="center"/>
        <w:rPr>
          <w:color w:val="EE0000"/>
        </w:rPr>
      </w:pPr>
      <m:oMathPara>
        <m:oMath>
          <m:r>
            <m:rPr>
              <m:nor/>
            </m:rPr>
            <w:rPr>
              <w:color w:val="EE0000"/>
            </w:rPr>
            <m:t>Y_R=60, Y_G=118, Y_B=22, Y_W=100</m:t>
          </m:r>
        </m:oMath>
      </m:oMathPara>
    </w:p>
    <w:p w14:paraId="2E010B9E" w14:textId="77777777" w:rsidR="00101863" w:rsidRDefault="00BD075A">
      <w:pPr>
        <w:keepLines/>
        <w:spacing w:after="60"/>
      </w:pPr>
      <w:r>
        <w:t>Red pixel: Y=60. Green pixel: Y=118. Blue pixel: Y=22. Gray/white pixel: Y=100. Green appears brightest because its coefficient 0.59 is largest, reflecting human luminance sensitivity. This is point processing because each output uses only the corresponding input pixel.</w:t>
      </w:r>
    </w:p>
    <w:p w14:paraId="79277BE5" w14:textId="77777777" w:rsidR="00101863" w:rsidRDefault="00BD075A">
      <w:pPr>
        <w:keepNext/>
        <w:keepLines/>
        <w:spacing w:before="140" w:after="40"/>
      </w:pPr>
      <w:r>
        <w:rPr>
          <w:b/>
        </w:rPr>
        <w:t>34. 3 x 3 mean filter on a 4 x 4 image (8 marks)</w:t>
      </w:r>
    </w:p>
    <w:p w14:paraId="7AC8F5AD" w14:textId="77777777" w:rsidR="00101863" w:rsidRDefault="00BD075A">
      <w:pPr>
        <w:keepNext/>
        <w:keepLines/>
        <w:spacing w:before="40"/>
        <w:jc w:val="center"/>
      </w:pPr>
      <m:oMathPara>
        <m:oMath>
          <m:r>
            <m:rPr>
              <m:nor/>
            </m:rPr>
            <m:t>Y=[[6,7],[10,11]]</m:t>
          </m:r>
        </m:oMath>
      </m:oMathPara>
    </w:p>
    <w:p w14:paraId="0A85E6DC" w14:textId="77777777" w:rsidR="00101863" w:rsidRDefault="00BD075A">
      <w:pPr>
        <w:keepNext/>
        <w:keepLines/>
        <w:spacing w:after="60"/>
      </w:pPr>
      <w:r>
        <w:t>Each valid output is the sum of one 3x3 patch divided by 9. Patch sums are 54, 63, 90, and 99.</w:t>
      </w:r>
    </w:p>
    <w:p w14:paraId="4DF646E2" w14:textId="77777777" w:rsidR="00101863" w:rsidRDefault="00BD075A">
      <w:pPr>
        <w:keepLines/>
        <w:spacing w:after="60"/>
        <w:jc w:val="center"/>
      </w:pPr>
      <m:oMathPara>
        <m:oMath>
          <m:r>
            <m:rPr>
              <m:nor/>
            </m:rPr>
            <m:t>Y =</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6</m:t>
                    </m:r>
                  </m:e>
                  <m:e>
                    <m:r>
                      <w:rPr>
                        <w:rFonts w:ascii="Cambria Math" w:hAnsi="Cambria Math"/>
                      </w:rPr>
                      <m:t>7</m:t>
                    </m:r>
                  </m:e>
                </m:mr>
                <m:mr>
                  <m:e>
                    <m:r>
                      <w:rPr>
                        <w:rFonts w:ascii="Cambria Math" w:hAnsi="Cambria Math"/>
                      </w:rPr>
                      <m:t>10</m:t>
                    </m:r>
                  </m:e>
                  <m:e>
                    <m:r>
                      <w:rPr>
                        <w:rFonts w:ascii="Cambria Math" w:hAnsi="Cambria Math"/>
                      </w:rPr>
                      <m:t>11</m:t>
                    </m:r>
                  </m:e>
                </m:mr>
              </m:m>
            </m:e>
          </m:d>
        </m:oMath>
      </m:oMathPara>
    </w:p>
    <w:p w14:paraId="4C0494DA" w14:textId="77777777" w:rsidR="00101863" w:rsidRDefault="00BD075A">
      <w:pPr>
        <w:keepNext/>
        <w:keepLines/>
        <w:spacing w:before="140" w:after="40"/>
      </w:pPr>
      <w:r>
        <w:rPr>
          <w:b/>
        </w:rPr>
        <w:t>35. Boundary handling on a 4 x 4 image (7 marks)</w:t>
      </w:r>
    </w:p>
    <w:p w14:paraId="66CF474F" w14:textId="77777777" w:rsidR="00101863" w:rsidRDefault="00BD075A">
      <w:pPr>
        <w:keepNext/>
        <w:keepLines/>
        <w:spacing w:before="40"/>
        <w:jc w:val="center"/>
      </w:pPr>
      <m:oMathPara>
        <m:oMath>
          <m:r>
            <m:rPr>
              <m:nor/>
            </m:rPr>
            <m:t>y_zero(1,1)=70/9≈7.78, y_replicate(1,1)=15</m:t>
          </m:r>
        </m:oMath>
      </m:oMathPara>
    </w:p>
    <w:p w14:paraId="38EF92EB" w14:textId="77777777" w:rsidR="00101863" w:rsidRDefault="00BD075A">
      <w:pPr>
        <w:keepLines/>
        <w:spacing w:after="60"/>
      </w:pPr>
      <w:r>
        <w:t>With zero padding, the neighborhood is [[0,0,0],[0,10,20],[0,15,25]]. Sum=70, so output=70/9=7.78. With edge replication, the neighborhood is [[10,10,20],[10,10,20],[15,15,25]]. Sum=135, so output=15. Different boundary rules change only outputs whose neighborhoods extend beyond the image.</w:t>
      </w:r>
    </w:p>
    <w:p w14:paraId="59E40674" w14:textId="77777777" w:rsidR="00101863" w:rsidRDefault="00BD075A">
      <w:pPr>
        <w:keepNext/>
        <w:keepLines/>
        <w:spacing w:before="140" w:after="40"/>
      </w:pPr>
      <w:r>
        <w:rPr>
          <w:b/>
        </w:rPr>
        <w:lastRenderedPageBreak/>
        <w:t>36. Cross-correlation versus convolution (8 marks)</w:t>
      </w:r>
    </w:p>
    <w:p w14:paraId="1BD87C1D" w14:textId="77777777" w:rsidR="00101863" w:rsidRDefault="00BD075A">
      <w:pPr>
        <w:keepNext/>
        <w:keepLines/>
        <w:spacing w:before="40"/>
        <w:jc w:val="center"/>
      </w:pPr>
      <m:oMathPara>
        <m:oMath>
          <m:r>
            <m:rPr>
              <m:nor/>
            </m:rPr>
            <m:t>Y_corr=[[0,0,0],[0,0,0],[3,2,1]], Y_conv=[[1,2,3],[0,0,0],[0,0,0]]</m:t>
          </m:r>
        </m:oMath>
      </m:oMathPara>
    </w:p>
    <w:p w14:paraId="5B1E348F" w14:textId="77777777" w:rsidR="00101863" w:rsidRDefault="00BD075A">
      <w:pPr>
        <w:keepLines/>
        <w:spacing w:after="60"/>
      </w:pPr>
      <w:r>
        <w:t>For the usual correlation definition Y[r,c]=sum K[i,j]I[r+i-p,c+j-p], an impulse produces the 180-degree rotated kernel around the impulse. Thus the correlation block is [[0,0,0],[0,0,0],[3,2,1]]. Convolution flips K before sliding, so its impulse response is K itself: [[1,2,3],[0,0,0],[0,0,0]]. The two differ because K is asymmetric. A consistent alternative indexing convention may swap these labels; full credit requires a correct stated convention and the 180-degree relationship.</w:t>
      </w:r>
    </w:p>
    <w:p w14:paraId="30D32B7D" w14:textId="77777777" w:rsidR="00101863" w:rsidRDefault="00BD075A">
      <w:pPr>
        <w:keepNext/>
        <w:keepLines/>
        <w:spacing w:before="140" w:after="40"/>
      </w:pPr>
      <w:r>
        <w:rPr>
          <w:b/>
        </w:rPr>
        <w:t>37. Gaussian separability and computational cost (8 marks)</w:t>
      </w:r>
    </w:p>
    <w:p w14:paraId="30383693" w14:textId="77777777" w:rsidR="00101863" w:rsidRDefault="00BD075A">
      <w:pPr>
        <w:keepNext/>
        <w:keepLines/>
        <w:spacing w:before="40"/>
        <w:jc w:val="center"/>
      </w:pPr>
      <m:oMathPara>
        <m:oMath>
          <m:r>
            <m:rPr>
              <m:nor/>
            </m:rPr>
            <m:t>K=(1/16)[[1,2,1],[2,4,2],[1,2,1]], cost: 9→6 multiplications</m:t>
          </m:r>
        </m:oMath>
      </m:oMathPara>
    </w:p>
    <w:p w14:paraId="779268E9" w14:textId="77777777" w:rsidR="00101863" w:rsidRDefault="00BD075A">
      <w:pPr>
        <w:keepLines/>
        <w:spacing w:after="60"/>
      </w:pPr>
      <w:r>
        <w:t>K=(1/16)[[1,2,1],[2,4,2],[1,2,1]]. The impulse response is this symmetric kernel centered at the impulse. Direct filtering uses 9 multiplications per pixel. Two length-3 passes use 3+3=6 multiplications per pixel, a reduction of 3 multiplications or 33.3% for this kernel.</w:t>
      </w:r>
    </w:p>
    <w:p w14:paraId="46CFA5BC" w14:textId="77777777" w:rsidR="00101863" w:rsidRDefault="00BD075A">
      <w:pPr>
        <w:keepNext/>
        <w:keepLines/>
        <w:spacing w:before="140" w:after="40"/>
      </w:pPr>
      <w:r>
        <w:rPr>
          <w:b/>
        </w:rPr>
        <w:t>38. Median filtering and nonlinearity (8 marks)</w:t>
      </w:r>
    </w:p>
    <w:p w14:paraId="2715F723" w14:textId="77777777" w:rsidR="00101863" w:rsidRDefault="00BD075A">
      <w:pPr>
        <w:keepNext/>
        <w:keepLines/>
        <w:spacing w:before="40"/>
        <w:jc w:val="center"/>
      </w:pPr>
      <m:oMathPara>
        <m:oMath>
          <m:r>
            <m:rPr>
              <m:nor/>
            </m:rPr>
            <m:t>median=10, mean=335/9≈37.22, median(A+B)=2≠1</m:t>
          </m:r>
        </m:oMath>
      </m:oMathPara>
    </w:p>
    <w:p w14:paraId="10B6CB64" w14:textId="77777777" w:rsidR="00101863" w:rsidRDefault="00BD075A">
      <w:pPr>
        <w:keepLines/>
        <w:spacing w:after="60"/>
      </w:pPr>
      <w:r>
        <w:t>The center 3x3 values are 11,9,10,10,255,10,9,11,10. Sorted: 9,9,10,10,10,10,11,11,255, so median=10. Mean=335/9=37.22, showing the outlier's effect. median(A)=1, median(B)=0, so the right side is 1. A+B has values [1,1,1;1,2,2;2,2,2], whose median is 2. Since 2 ≠ 1, median filtering is nonlinear.</w:t>
      </w:r>
    </w:p>
    <w:p w14:paraId="4FA56E5B" w14:textId="77777777" w:rsidR="00101863" w:rsidRDefault="00BD075A">
      <w:pPr>
        <w:keepNext/>
        <w:keepLines/>
        <w:spacing w:before="140" w:after="40"/>
      </w:pPr>
      <w:r>
        <w:rPr>
          <w:b/>
        </w:rPr>
        <w:t>39. Impulse response and 2D linearity (8 marks)</w:t>
      </w:r>
    </w:p>
    <w:p w14:paraId="18876749" w14:textId="77777777" w:rsidR="00101863" w:rsidRDefault="00BD075A">
      <w:pPr>
        <w:keepNext/>
        <w:keepLines/>
        <w:spacing w:before="40"/>
        <w:jc w:val="center"/>
      </w:pPr>
      <m:oMathPara>
        <m:oMath>
          <m:r>
            <m:rPr>
              <m:nor/>
            </m:rPr>
            <m:t>H(2I₁-I₂)=2H(I₁)-H(I₂)</m:t>
          </m:r>
        </m:oMath>
      </m:oMathPara>
    </w:p>
    <w:p w14:paraId="1D922746" w14:textId="77777777" w:rsidR="00101863" w:rsidRDefault="00BD075A">
      <w:pPr>
        <w:keepLines/>
        <w:spacing w:after="60"/>
      </w:pPr>
      <w:r>
        <w:t>The response to an impulse is a shifted copy of the system's impulse response; with the correlation convention in Problem 36 it is the rotated kernel, which equals K here because the main-diagonal pattern is unchanged by 180-degree rotation. H(I1) places weights 1/4, 1/2, 1/4 at positions (1,1),(2,2),(3,3). H(I2) would place them at (2,2),(3,3),(4,4). Therefore the combined nonzero values are (1,1):1/2; (2,2):1-1/4=3/4; (3,3):1/2-1/2=0; (4,4):-1/4. Direct distribution of correlation over addition and scalar</w:t>
      </w:r>
      <w:r>
        <w:t xml:space="preserve"> multiplication gives H(2I1-I2)=2H(I1)-H(I2), so the system is linear. The shifted impulse response also demonstrates shift invariance away from a change in boundary conditions.</w:t>
      </w:r>
    </w:p>
    <w:p w14:paraId="0AF97469" w14:textId="77777777" w:rsidR="00101863" w:rsidRDefault="00BD075A">
      <w:pPr>
        <w:keepNext/>
        <w:keepLines/>
        <w:spacing w:before="140" w:after="40"/>
      </w:pPr>
      <w:r>
        <w:rPr>
          <w:b/>
        </w:rPr>
        <w:t>40. Horizontal and vertical derivatives (9 marks)</w:t>
      </w:r>
    </w:p>
    <w:p w14:paraId="1EF39AAA" w14:textId="77777777" w:rsidR="00101863" w:rsidRDefault="00BD075A">
      <w:pPr>
        <w:keepNext/>
        <w:keepLines/>
        <w:spacing w:before="40"/>
        <w:jc w:val="center"/>
      </w:pPr>
      <m:oMathPara>
        <m:oMath>
          <m:r>
            <m:rPr>
              <m:nor/>
            </m:rPr>
            <m:t>Dₓ=40, D</m:t>
          </m:r>
          <m:r>
            <m:rPr>
              <m:nor/>
            </m:rPr>
            <m:t>ᵧ</m:t>
          </m:r>
          <m:r>
            <m:rPr>
              <m:nor/>
            </m:rPr>
            <m:t>=20, ‖∇I‖₂=√2000≈44.72&lt;45</m:t>
          </m:r>
        </m:oMath>
      </m:oMathPara>
    </w:p>
    <w:p w14:paraId="02814048" w14:textId="77777777" w:rsidR="00101863" w:rsidRDefault="00BD075A">
      <w:pPr>
        <w:keepLines/>
        <w:spacing w:after="60"/>
      </w:pPr>
      <w:r>
        <w:t>Dx=-1(10)+0(10)+1(50)=40. Dy=-1(10)+0(10)+1(30)=20. At the crossing, magnitude=√(40²+20²)=√(2000)=44.72, so it is not an edge under a ≥45 threshold (although it is very close). Dx responds to intensity change along × and therefore detects a vertical boundary. Dy responds to change along y and detects a horizontal boundary.</w:t>
      </w:r>
    </w:p>
    <w:p w14:paraId="338BB970" w14:textId="77777777" w:rsidR="00101863" w:rsidRDefault="00BD075A">
      <w:pPr>
        <w:keepNext/>
        <w:keepLines/>
        <w:spacing w:before="140" w:after="40"/>
      </w:pPr>
      <w:r>
        <w:rPr>
          <w:b/>
        </w:rPr>
        <w:t>41. Mean filter with three padding modes (9 marks)</w:t>
      </w:r>
    </w:p>
    <w:p w14:paraId="1255C8C5" w14:textId="77777777" w:rsidR="00101863" w:rsidRDefault="00BD075A">
      <w:pPr>
        <w:keepNext/>
        <w:keepLines/>
        <w:spacing w:before="40"/>
        <w:jc w:val="center"/>
      </w:pPr>
      <m:oMathPara>
        <m:oMath>
          <m:r>
            <m:rPr>
              <m:nor/>
            </m:rPr>
            <m:t>y_zero=140/9≈15.56, y_symmetric=240/9≈26.67, y_circular=690/9≈76.67</m:t>
          </m:r>
        </m:oMath>
      </m:oMathPara>
    </w:p>
    <w:p w14:paraId="0003F833" w14:textId="77777777" w:rsidR="00101863" w:rsidRDefault="00BD075A">
      <w:pPr>
        <w:keepLines/>
        <w:spacing w:after="60"/>
      </w:pPr>
      <w:r>
        <w:t>At the top-left pixel, the zero-padded neighborhood is [[0,0,0],[0,10,20],[0,50,60]]. Its sum is 140, so y_zero=140/9=15.56. The symmetric neighborhood is [[10,10,20],[10,10,20],[50,50,60]]. Its sum is 240, so y_symmetric=240/9=26.67. The circular neighborhood is [[160,130,140],[40,10,20],[80,50,60]]. Its sum is 690, so y_circular=690/9=76.67. At row 2, column 2, every mode uses [[10,20,30],[50,60,70],[90,100,110]], whose mean is 540/9=60. Padding changes only neighborhoods that extend outside the image.</w:t>
      </w:r>
    </w:p>
    <w:p w14:paraId="33556CB5" w14:textId="77777777" w:rsidR="00101863" w:rsidRDefault="00BD075A">
      <w:pPr>
        <w:keepNext/>
        <w:keepLines/>
        <w:spacing w:before="140" w:after="40"/>
      </w:pPr>
      <w:r>
        <w:rPr>
          <w:b/>
        </w:rPr>
        <w:t>42. Gaussian filter with three padding modes (9 marks)</w:t>
      </w:r>
    </w:p>
    <w:p w14:paraId="6F382DB9" w14:textId="77777777" w:rsidR="00101863" w:rsidRDefault="00BD075A">
      <w:pPr>
        <w:keepNext/>
        <w:keepLines/>
        <w:spacing w:before="40"/>
        <w:jc w:val="center"/>
      </w:pPr>
      <m:oMathPara>
        <m:oMath>
          <m:r>
            <m:rPr>
              <m:nor/>
            </m:rPr>
            <m:t>y_zero=15, y_symmetric=22.5, y_circular=60, y_interior=60</m:t>
          </m:r>
        </m:oMath>
      </m:oMathPara>
    </w:p>
    <w:p w14:paraId="593F154B" w14:textId="77777777" w:rsidR="00101863" w:rsidRDefault="00BD075A">
      <w:pPr>
        <w:keepLines/>
        <w:spacing w:after="60"/>
      </w:pPr>
      <w:r>
        <w:t xml:space="preserve">Using the three corner neighborhoods from Problem 41: zero padding gives weighted sum 240, so y_zero=240/16=15. The symmetric weighted sum is 360, so y_symmetric=360/16=22.5. The circular weighted sum is 960, so y_circular=960/16=60. At row 2, column 2, the weighted sum is 960, giving 60 for every padding mode. Compared with the mean filter, the Gaussian gives more weight to the nearby center and less to distant corner samples, so its boundary outputs differ from the mean-filter outputs even under the same </w:t>
      </w:r>
      <w:r>
        <w:t>padding rule.</w:t>
      </w:r>
    </w:p>
    <w:p w14:paraId="6420C2DF" w14:textId="77777777" w:rsidR="00101863" w:rsidRDefault="00BD075A">
      <w:pPr>
        <w:keepNext/>
        <w:keepLines/>
        <w:spacing w:before="140" w:after="40"/>
      </w:pPr>
      <w:r>
        <w:rPr>
          <w:b/>
        </w:rPr>
        <w:lastRenderedPageBreak/>
        <w:t>43. Derivative filter with three padding modes (9 marks)</w:t>
      </w:r>
    </w:p>
    <w:p w14:paraId="57E0E30A" w14:textId="77777777" w:rsidR="00101863" w:rsidRDefault="00BD075A">
      <w:pPr>
        <w:keepNext/>
        <w:keepLines/>
        <w:spacing w:before="40"/>
        <w:jc w:val="center"/>
      </w:pPr>
      <m:oMathPara>
        <m:oMath>
          <m:r>
            <m:rPr>
              <m:nor/>
            </m:rPr>
            <m:t>y_zero=20, y_symmetric=10, y_circular=-20, y_interior=20</m:t>
          </m:r>
        </m:oMath>
      </m:oMathPara>
    </w:p>
    <w:p w14:paraId="6972E467" w14:textId="77777777" w:rsidR="00101863" w:rsidRDefault="00BD075A">
      <w:pPr>
        <w:keepLines/>
        <w:spacing w:after="60"/>
      </w:pPr>
      <w:r>
        <w:t>At the top-left pixel, zero padding uses middle row [0,10,20], so y_zero=-0+20=20. Symmetric padding uses [10,10,20], so y_symmetric=-10+20=10. Circular padding uses [40,10,20], so y_circular=-40+20=-20. At row 2, column 2, the middle row of the neighborhood is [50,60,70], so every mode gives -50+70=20. Positive values indicate increasing intensity from left to right under this kernel convention; the negative circular result occurs because the wrapped left neighbor is 40 while the right neighbor is 20. Padd</w:t>
      </w:r>
      <w:r>
        <w:t>ing has no effect at the interior location because its complete neighborhood already lies inside the image.</w:t>
      </w:r>
    </w:p>
    <w:sectPr w:rsidR="00101863" w:rsidSect="00034616">
      <w:footerReference w:type="default" r:id="rId8"/>
      <w:pgSz w:w="12240" w:h="15840"/>
      <w:pgMar w:top="893" w:right="1008" w:bottom="893"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8BE2A" w14:textId="77777777" w:rsidR="00BD075A" w:rsidRDefault="00BD075A">
      <w:pPr>
        <w:spacing w:after="0" w:line="240" w:lineRule="auto"/>
      </w:pPr>
      <w:r>
        <w:separator/>
      </w:r>
    </w:p>
  </w:endnote>
  <w:endnote w:type="continuationSeparator" w:id="0">
    <w:p w14:paraId="365B4BDC" w14:textId="77777777" w:rsidR="00BD075A" w:rsidRDefault="00BD0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0E04" w14:textId="3505B4FF" w:rsidR="00101863" w:rsidRDefault="00BD075A">
    <w:pPr>
      <w:pStyle w:val="Footer"/>
      <w:jc w:val="center"/>
    </w:pPr>
    <w:r>
      <w:fldChar w:fldCharType="begin"/>
    </w:r>
    <w:r>
      <w:instrText xml:space="preserve"> PAGE </w:instrText>
    </w:r>
    <w:r w:rsidR="001D695D">
      <w:fldChar w:fldCharType="separate"/>
    </w:r>
    <w:r w:rsidR="001D695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A965E" w14:textId="77777777" w:rsidR="00BD075A" w:rsidRDefault="00BD075A">
      <w:pPr>
        <w:spacing w:after="0" w:line="240" w:lineRule="auto"/>
      </w:pPr>
      <w:r>
        <w:separator/>
      </w:r>
    </w:p>
  </w:footnote>
  <w:footnote w:type="continuationSeparator" w:id="0">
    <w:p w14:paraId="61DF460A" w14:textId="77777777" w:rsidR="00BD075A" w:rsidRDefault="00BD07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2388615">
    <w:abstractNumId w:val="8"/>
  </w:num>
  <w:num w:numId="2" w16cid:durableId="2047830871">
    <w:abstractNumId w:val="6"/>
  </w:num>
  <w:num w:numId="3" w16cid:durableId="586547230">
    <w:abstractNumId w:val="5"/>
  </w:num>
  <w:num w:numId="4" w16cid:durableId="12191422">
    <w:abstractNumId w:val="4"/>
  </w:num>
  <w:num w:numId="5" w16cid:durableId="1803032151">
    <w:abstractNumId w:val="7"/>
  </w:num>
  <w:num w:numId="6" w16cid:durableId="876049152">
    <w:abstractNumId w:val="3"/>
  </w:num>
  <w:num w:numId="7" w16cid:durableId="1950619862">
    <w:abstractNumId w:val="2"/>
  </w:num>
  <w:num w:numId="8" w16cid:durableId="975720613">
    <w:abstractNumId w:val="1"/>
  </w:num>
  <w:num w:numId="9" w16cid:durableId="1442338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863"/>
    <w:rsid w:val="0015074B"/>
    <w:rsid w:val="001D695D"/>
    <w:rsid w:val="0029639D"/>
    <w:rsid w:val="00326F90"/>
    <w:rsid w:val="005F2C70"/>
    <w:rsid w:val="00AA1D8D"/>
    <w:rsid w:val="00B47730"/>
    <w:rsid w:val="00BD075A"/>
    <w:rsid w:val="00CB0664"/>
    <w:rsid w:val="00CC5C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62C36FA-4332-4231-A21C-3DD58A87C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4952</Words>
  <Characters>28231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LN1-LN5 Hand-Solved Problem Bank with Word Equations</dc:title>
  <dc:subject>43 problem-solving questions with native editable Word equations</dc:subject>
  <dc:creator>CSBP441 Applied Computer Vision</dc:creator>
  <cp:keywords>computer vision, linear algebra, filtering, homogeneous coordinates, Word equations</cp:keywords>
  <dc:description>generated by python-docx</dc:description>
  <cp:lastModifiedBy>Munkhjargal Gochoo</cp:lastModifiedBy>
  <cp:revision>3</cp:revision>
  <dcterms:created xsi:type="dcterms:W3CDTF">2013-12-23T23:15:00Z</dcterms:created>
  <dcterms:modified xsi:type="dcterms:W3CDTF">2026-09-20T16:13:00Z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5b72a899-8b4e-4e8a-a436-d0c35c582a50</vt:lpwstr>
  </property>
</Properties>
</file>